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CF907" w14:textId="3B09128C" w:rsidR="00310568" w:rsidRPr="00174C5A" w:rsidRDefault="005C170E">
      <w:pPr>
        <w:spacing w:after="240"/>
        <w:jc w:val="right"/>
        <w:rPr>
          <w:lang w:val="pl-PL"/>
        </w:rPr>
      </w:pPr>
      <w:r w:rsidRPr="00174C5A">
        <w:rPr>
          <w:i/>
          <w:color w:val="555555"/>
          <w:sz w:val="19"/>
          <w:lang w:val="pl-PL"/>
        </w:rPr>
        <w:t xml:space="preserve">Załącznik nr 7 do Zasad udzielania i rozliczania wyjazdów krajowych i zagranicznych studentów i doktorantów </w:t>
      </w:r>
      <w:r w:rsidR="00174C5A">
        <w:rPr>
          <w:i/>
          <w:color w:val="555555"/>
          <w:sz w:val="19"/>
          <w:lang w:val="pl-PL"/>
        </w:rPr>
        <w:t>Ś</w:t>
      </w:r>
      <w:r w:rsidRPr="00174C5A">
        <w:rPr>
          <w:i/>
          <w:color w:val="555555"/>
          <w:sz w:val="19"/>
          <w:lang w:val="pl-PL"/>
        </w:rPr>
        <w:t>UM w Katowicach</w:t>
      </w:r>
    </w:p>
    <w:p w14:paraId="3ECA668C" w14:textId="77777777" w:rsidR="00310568" w:rsidRPr="00174C5A" w:rsidRDefault="005C170E">
      <w:pPr>
        <w:spacing w:after="80"/>
        <w:jc w:val="center"/>
        <w:rPr>
          <w:lang w:val="pl-PL"/>
        </w:rPr>
      </w:pPr>
      <w:r w:rsidRPr="00174C5A">
        <w:rPr>
          <w:b/>
          <w:color w:val="003366"/>
          <w:sz w:val="28"/>
          <w:lang w:val="pl-PL"/>
        </w:rPr>
        <w:t>WNIOSEK</w:t>
      </w:r>
      <w:r w:rsidRPr="00174C5A">
        <w:rPr>
          <w:b/>
          <w:color w:val="003366"/>
          <w:sz w:val="28"/>
          <w:lang w:val="pl-PL"/>
        </w:rPr>
        <w:br/>
        <w:t>o dokonanie opłaty zjazdowej (krajowej / zagranicznej)</w:t>
      </w:r>
    </w:p>
    <w:p w14:paraId="75CCDD00" w14:textId="77777777" w:rsidR="00310568" w:rsidRPr="00174C5A" w:rsidRDefault="005C170E">
      <w:pPr>
        <w:spacing w:after="320"/>
        <w:jc w:val="center"/>
        <w:rPr>
          <w:lang w:val="pl-PL"/>
        </w:rPr>
      </w:pPr>
      <w:r w:rsidRPr="00174C5A">
        <w:rPr>
          <w:i/>
          <w:color w:val="666666"/>
          <w:sz w:val="20"/>
          <w:lang w:val="pl-PL"/>
        </w:rPr>
        <w:t>DLA STUDENTA / DOKTORANTA</w:t>
      </w:r>
    </w:p>
    <w:p w14:paraId="4F474887" w14:textId="77777777" w:rsidR="00310568" w:rsidRPr="00174C5A" w:rsidRDefault="005C170E">
      <w:pPr>
        <w:keepNext/>
        <w:spacing w:before="280" w:after="120"/>
        <w:rPr>
          <w:lang w:val="pl-PL"/>
        </w:rPr>
      </w:pPr>
      <w:r w:rsidRPr="00174C5A">
        <w:rPr>
          <w:b/>
          <w:color w:val="003366"/>
          <w:sz w:val="24"/>
          <w:lang w:val="pl-PL"/>
        </w:rPr>
        <w:t>1. Dane uczestnika i wydarzenia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4320"/>
        <w:gridCol w:w="5472"/>
      </w:tblGrid>
      <w:tr w:rsidR="00310568" w14:paraId="187C4BBA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B642DF" w14:textId="77777777" w:rsidR="00310568" w:rsidRDefault="005C170E">
            <w:proofErr w:type="spellStart"/>
            <w:r>
              <w:rPr>
                <w:b/>
              </w:rPr>
              <w:t>Imię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nazwisko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uczestnika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30716D" w14:textId="77777777" w:rsidR="00310568" w:rsidRDefault="00310568"/>
        </w:tc>
      </w:tr>
      <w:tr w:rsidR="00310568" w14:paraId="7F383D30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71CC0D" w14:textId="77777777" w:rsidR="00310568" w:rsidRDefault="005C170E">
            <w:r>
              <w:rPr>
                <w:b/>
              </w:rPr>
              <w:t>Status uczestnika: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ADF260" w14:textId="77777777" w:rsidR="00310568" w:rsidRDefault="005C170E">
            <w:r>
              <w:t>[  ] Student     [  ] Doktorant</w:t>
            </w:r>
          </w:p>
        </w:tc>
      </w:tr>
      <w:tr w:rsidR="00310568" w14:paraId="79113BC3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90656E" w14:textId="77777777" w:rsidR="00310568" w:rsidRDefault="005C170E">
            <w:r>
              <w:rPr>
                <w:b/>
              </w:rPr>
              <w:t>Nazwa zjazdu / sympozjum / konferencji: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9004B3" w14:textId="77777777" w:rsidR="00310568" w:rsidRDefault="00310568"/>
        </w:tc>
      </w:tr>
      <w:tr w:rsidR="00310568" w14:paraId="3431A89A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2EA7E5" w14:textId="77777777" w:rsidR="00310568" w:rsidRDefault="005C170E">
            <w:r>
              <w:rPr>
                <w:b/>
              </w:rPr>
              <w:t>Miejsce odbywania się wydarzenia: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EBC001" w14:textId="77777777" w:rsidR="00310568" w:rsidRDefault="00310568"/>
        </w:tc>
      </w:tr>
      <w:tr w:rsidR="00310568" w14:paraId="0543ECE6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1DE54C" w14:textId="77777777" w:rsidR="00310568" w:rsidRDefault="005C170E">
            <w:r>
              <w:rPr>
                <w:b/>
              </w:rPr>
              <w:t>Termin wydarzenia: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F28E25" w14:textId="77777777" w:rsidR="00310568" w:rsidRDefault="005C170E">
            <w:r>
              <w:t>od: ................................ do: ................................</w:t>
            </w:r>
          </w:p>
        </w:tc>
      </w:tr>
    </w:tbl>
    <w:p w14:paraId="19E3E3A9" w14:textId="77777777" w:rsidR="00310568" w:rsidRDefault="005C170E">
      <w:pPr>
        <w:keepNext/>
        <w:spacing w:before="280" w:after="120"/>
      </w:pPr>
      <w:r>
        <w:rPr>
          <w:b/>
          <w:color w:val="003366"/>
          <w:sz w:val="24"/>
        </w:rPr>
        <w:t>2. Szczegóły płatności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4320"/>
        <w:gridCol w:w="5472"/>
      </w:tblGrid>
      <w:tr w:rsidR="00310568" w14:paraId="1B4CE5A2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A19566" w14:textId="77777777" w:rsidR="00310568" w:rsidRDefault="005C170E">
            <w:r>
              <w:rPr>
                <w:b/>
              </w:rPr>
              <w:t>Wysokość opłaty zjazdowej: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ED3D14" w14:textId="77777777" w:rsidR="00310568" w:rsidRDefault="005C170E">
            <w:r>
              <w:t>Kwota: ....................................... Waluta: ....................</w:t>
            </w:r>
          </w:p>
        </w:tc>
      </w:tr>
      <w:tr w:rsidR="00310568" w14:paraId="234D5127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12489F" w14:textId="77777777" w:rsidR="00310568" w:rsidRDefault="005C170E">
            <w:r>
              <w:rPr>
                <w:b/>
              </w:rPr>
              <w:t>Źródło finansowania opłaty: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78F4A0" w14:textId="77777777" w:rsidR="00310568" w:rsidRDefault="00310568"/>
        </w:tc>
      </w:tr>
      <w:tr w:rsidR="00310568" w:rsidRPr="009256CE" w14:paraId="54944264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2F1364" w14:textId="77777777" w:rsidR="00310568" w:rsidRPr="00174C5A" w:rsidRDefault="005C170E">
            <w:pPr>
              <w:rPr>
                <w:lang w:val="pl-PL"/>
              </w:rPr>
            </w:pPr>
            <w:r w:rsidRPr="00174C5A">
              <w:rPr>
                <w:b/>
                <w:lang w:val="pl-PL"/>
              </w:rPr>
              <w:t>Termin uiszczenia opłaty (do dnia):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07D571" w14:textId="77777777" w:rsidR="00310568" w:rsidRPr="00174C5A" w:rsidRDefault="00310568">
            <w:pPr>
              <w:rPr>
                <w:lang w:val="pl-PL"/>
              </w:rPr>
            </w:pPr>
          </w:p>
        </w:tc>
      </w:tr>
      <w:tr w:rsidR="00310568" w14:paraId="07BF7325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C3D75C" w14:textId="77777777" w:rsidR="00310568" w:rsidRDefault="005C170E">
            <w:proofErr w:type="spellStart"/>
            <w:r>
              <w:rPr>
                <w:b/>
              </w:rPr>
              <w:t>Numer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rachunku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bankowego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29C6E1" w14:textId="77777777" w:rsidR="00310568" w:rsidRDefault="00310568"/>
        </w:tc>
      </w:tr>
      <w:tr w:rsidR="00310568" w:rsidRPr="009256CE" w14:paraId="0C1657D6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B0F7E8" w14:textId="77777777" w:rsidR="00310568" w:rsidRPr="00174C5A" w:rsidRDefault="005C170E">
            <w:pPr>
              <w:rPr>
                <w:lang w:val="pl-PL"/>
              </w:rPr>
            </w:pPr>
            <w:r w:rsidRPr="00174C5A">
              <w:rPr>
                <w:b/>
                <w:lang w:val="pl-PL"/>
              </w:rPr>
              <w:t>Nazwa banku i kod SWIFT/IBAN: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23523A" w14:textId="77777777" w:rsidR="00310568" w:rsidRPr="00174C5A" w:rsidRDefault="00310568">
            <w:pPr>
              <w:rPr>
                <w:lang w:val="pl-PL"/>
              </w:rPr>
            </w:pPr>
          </w:p>
        </w:tc>
      </w:tr>
      <w:tr w:rsidR="00310568" w:rsidRPr="009256CE" w14:paraId="6D9E240E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345B46" w14:textId="77777777" w:rsidR="00310568" w:rsidRPr="00174C5A" w:rsidRDefault="005C170E">
            <w:pPr>
              <w:rPr>
                <w:lang w:val="pl-PL"/>
              </w:rPr>
            </w:pPr>
            <w:r w:rsidRPr="00174C5A">
              <w:rPr>
                <w:b/>
                <w:lang w:val="pl-PL"/>
              </w:rPr>
              <w:t>Nazwa i pełny adres organizatora: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9E5E8E" w14:textId="77777777" w:rsidR="00310568" w:rsidRPr="00174C5A" w:rsidRDefault="00310568">
            <w:pPr>
              <w:rPr>
                <w:lang w:val="pl-PL"/>
              </w:rPr>
            </w:pPr>
          </w:p>
        </w:tc>
      </w:tr>
    </w:tbl>
    <w:p w14:paraId="66DA2F4F" w14:textId="77777777" w:rsidR="00310568" w:rsidRPr="00174C5A" w:rsidRDefault="005C170E">
      <w:pPr>
        <w:spacing w:before="160"/>
        <w:rPr>
          <w:lang w:val="pl-PL"/>
        </w:rPr>
      </w:pPr>
      <w:r w:rsidRPr="00174C5A">
        <w:rPr>
          <w:lang w:val="pl-PL"/>
        </w:rPr>
        <w:t>Do niniejszego wniosku dołączam potwierdzenie czynnego udziału w wyżej wymienionym wydarzeniu.</w:t>
      </w:r>
    </w:p>
    <w:tbl>
      <w:tblPr>
        <w:tblW w:w="0" w:type="auto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896"/>
        <w:gridCol w:w="4896"/>
      </w:tblGrid>
      <w:tr w:rsidR="00310568" w:rsidRPr="009256CE" w14:paraId="4D69374D" w14:textId="77777777">
        <w:trPr>
          <w:jc w:val="center"/>
        </w:trPr>
        <w:tc>
          <w:tcPr>
            <w:tcW w:w="4896" w:type="dxa"/>
          </w:tcPr>
          <w:p w14:paraId="5B55DE36" w14:textId="77777777" w:rsidR="00310568" w:rsidRDefault="005C170E">
            <w:r>
              <w:t>Data: ........................................</w:t>
            </w:r>
          </w:p>
        </w:tc>
        <w:tc>
          <w:tcPr>
            <w:tcW w:w="4896" w:type="dxa"/>
          </w:tcPr>
          <w:p w14:paraId="083AA8C5" w14:textId="77777777" w:rsidR="00310568" w:rsidRPr="00174C5A" w:rsidRDefault="005C170E">
            <w:pPr>
              <w:rPr>
                <w:lang w:val="pl-PL"/>
              </w:rPr>
            </w:pPr>
            <w:r w:rsidRPr="00174C5A">
              <w:rPr>
                <w:lang w:val="pl-PL"/>
              </w:rPr>
              <w:t>Podpis i pieczęć osoby upoważnionej</w:t>
            </w:r>
            <w:r w:rsidRPr="00174C5A">
              <w:rPr>
                <w:lang w:val="pl-PL"/>
              </w:rPr>
              <w:br/>
              <w:t>do dysponowania środkami:</w:t>
            </w:r>
            <w:r w:rsidRPr="00174C5A">
              <w:rPr>
                <w:lang w:val="pl-PL"/>
              </w:rPr>
              <w:br/>
              <w:t>........................................................</w:t>
            </w:r>
          </w:p>
        </w:tc>
      </w:tr>
    </w:tbl>
    <w:p w14:paraId="587B657B" w14:textId="77777777" w:rsidR="00310568" w:rsidRDefault="005C170E">
      <w:pPr>
        <w:keepNext/>
        <w:spacing w:before="280" w:after="120"/>
      </w:pPr>
      <w:r>
        <w:rPr>
          <w:b/>
          <w:color w:val="003366"/>
          <w:sz w:val="24"/>
        </w:rPr>
        <w:lastRenderedPageBreak/>
        <w:t>3. Opinie i akceptacja wniosku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4320"/>
        <w:gridCol w:w="5472"/>
      </w:tblGrid>
      <w:tr w:rsidR="00310568" w:rsidRPr="009256CE" w14:paraId="7DA077B5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F0F7BA" w14:textId="77777777" w:rsidR="00310568" w:rsidRPr="00174C5A" w:rsidRDefault="005C170E">
            <w:pPr>
              <w:rPr>
                <w:lang w:val="pl-PL"/>
              </w:rPr>
            </w:pPr>
            <w:r w:rsidRPr="00174C5A">
              <w:rPr>
                <w:b/>
                <w:lang w:val="pl-PL"/>
              </w:rPr>
              <w:t>Opinia Działu Finansowo-Księgowego / Działu Kosztów: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5C5E76" w14:textId="77777777" w:rsidR="00310568" w:rsidRPr="00174C5A" w:rsidRDefault="005C170E">
            <w:pPr>
              <w:rPr>
                <w:lang w:val="pl-PL"/>
              </w:rPr>
            </w:pPr>
            <w:r w:rsidRPr="00174C5A">
              <w:rPr>
                <w:lang w:val="pl-PL"/>
              </w:rPr>
              <w:t>Uwagi: ....................................................................................</w:t>
            </w:r>
            <w:r w:rsidRPr="00174C5A">
              <w:rPr>
                <w:lang w:val="pl-PL"/>
              </w:rPr>
              <w:br/>
            </w:r>
            <w:r w:rsidRPr="00174C5A">
              <w:rPr>
                <w:lang w:val="pl-PL"/>
              </w:rPr>
              <w:br/>
              <w:t>Data, pieczęć i podpis:</w:t>
            </w:r>
            <w:r w:rsidRPr="00174C5A">
              <w:rPr>
                <w:lang w:val="pl-PL"/>
              </w:rPr>
              <w:br/>
              <w:t>....................................................................................</w:t>
            </w:r>
          </w:p>
        </w:tc>
      </w:tr>
      <w:tr w:rsidR="00310568" w:rsidRPr="009256CE" w14:paraId="592F184E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1D465B" w14:textId="77777777" w:rsidR="00310568" w:rsidRDefault="005C170E">
            <w:proofErr w:type="spellStart"/>
            <w:r>
              <w:rPr>
                <w:b/>
              </w:rPr>
              <w:t>Akceptacja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Kwestora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20BE3D" w14:textId="77777777" w:rsidR="00310568" w:rsidRPr="00174C5A" w:rsidRDefault="005C170E">
            <w:pPr>
              <w:rPr>
                <w:lang w:val="pl-PL"/>
              </w:rPr>
            </w:pPr>
            <w:r w:rsidRPr="00174C5A">
              <w:rPr>
                <w:lang w:val="pl-PL"/>
              </w:rPr>
              <w:t>[  ] TAK     [  ] NIE</w:t>
            </w:r>
            <w:r w:rsidRPr="00174C5A">
              <w:rPr>
                <w:lang w:val="pl-PL"/>
              </w:rPr>
              <w:br/>
            </w:r>
            <w:r w:rsidRPr="00174C5A">
              <w:rPr>
                <w:lang w:val="pl-PL"/>
              </w:rPr>
              <w:br/>
              <w:t>Data, pieczęć i podpis:</w:t>
            </w:r>
            <w:r w:rsidRPr="00174C5A">
              <w:rPr>
                <w:lang w:val="pl-PL"/>
              </w:rPr>
              <w:br/>
              <w:t>....................................................................................</w:t>
            </w:r>
          </w:p>
        </w:tc>
      </w:tr>
      <w:tr w:rsidR="00310568" w:rsidRPr="009256CE" w14:paraId="1901368D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C4429F" w14:textId="77777777" w:rsidR="00310568" w:rsidRDefault="005C170E">
            <w:r w:rsidRPr="00174C5A">
              <w:rPr>
                <w:b/>
                <w:lang w:val="pl-PL"/>
              </w:rPr>
              <w:t xml:space="preserve">Decyzja Prorektora ds. Studiów i Studentów / ds. </w:t>
            </w:r>
            <w:proofErr w:type="spellStart"/>
            <w:r>
              <w:rPr>
                <w:b/>
              </w:rPr>
              <w:t>Nauki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3CC93E" w14:textId="77777777" w:rsidR="00310568" w:rsidRPr="00174C5A" w:rsidRDefault="005C170E">
            <w:pPr>
              <w:rPr>
                <w:lang w:val="pl-PL"/>
              </w:rPr>
            </w:pPr>
            <w:r w:rsidRPr="00174C5A">
              <w:rPr>
                <w:lang w:val="pl-PL"/>
              </w:rPr>
              <w:t>[  ] ZATWIERDZAM     [  ] NIE ZATWIERDZAM</w:t>
            </w:r>
            <w:r w:rsidRPr="00174C5A">
              <w:rPr>
                <w:lang w:val="pl-PL"/>
              </w:rPr>
              <w:br/>
            </w:r>
            <w:r w:rsidRPr="00174C5A">
              <w:rPr>
                <w:lang w:val="pl-PL"/>
              </w:rPr>
              <w:br/>
              <w:t>Data, pieczęć i podpis:</w:t>
            </w:r>
            <w:r w:rsidRPr="00174C5A">
              <w:rPr>
                <w:lang w:val="pl-PL"/>
              </w:rPr>
              <w:br/>
              <w:t>....................................................................................</w:t>
            </w:r>
          </w:p>
        </w:tc>
      </w:tr>
    </w:tbl>
    <w:p w14:paraId="5E968FB2" w14:textId="77777777" w:rsidR="0043215F" w:rsidRPr="00174C5A" w:rsidRDefault="0043215F">
      <w:pPr>
        <w:rPr>
          <w:lang w:val="pl-PL"/>
        </w:rPr>
      </w:pPr>
    </w:p>
    <w:sectPr w:rsidR="0043215F" w:rsidRPr="00174C5A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4C5A"/>
    <w:rsid w:val="0029639D"/>
    <w:rsid w:val="00310568"/>
    <w:rsid w:val="00326F90"/>
    <w:rsid w:val="0043215F"/>
    <w:rsid w:val="005C170E"/>
    <w:rsid w:val="009256CE"/>
    <w:rsid w:val="00AA1D8D"/>
    <w:rsid w:val="00B47730"/>
    <w:rsid w:val="00CB0664"/>
    <w:rsid w:val="00F8467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1D61A"/>
  <w14:defaultImageDpi w14:val="300"/>
  <w15:docId w15:val="{30E19B5F-FDF8-4198-95FA-B80FDF47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color w:val="333333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zasad udzielania i rozliczania wyjazdów studentów i doktorantów ŚUM</dc:title>
  <dc:subject/>
  <dc:creator>Dział ds.Studenkich</dc:creator>
  <cp:keywords/>
  <dc:description>generated by python-docx</dc:description>
  <cp:lastModifiedBy>Agnieszka Góra</cp:lastModifiedBy>
  <cp:revision>3</cp:revision>
  <cp:lastPrinted>2026-09-10T06:48:00Z</cp:lastPrinted>
  <dcterms:created xsi:type="dcterms:W3CDTF">2026-08-26T08:36:00Z</dcterms:created>
  <dcterms:modified xsi:type="dcterms:W3CDTF">2026-09-10T06:48:00Z</dcterms:modified>
  <cp:category/>
</cp:coreProperties>
</file>