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F06C" w14:textId="0EA7A8F3" w:rsidR="000F05DD" w:rsidRPr="003211A1" w:rsidRDefault="003C69D4">
      <w:pPr>
        <w:spacing w:after="240"/>
        <w:jc w:val="right"/>
        <w:rPr>
          <w:lang w:val="pl-PL"/>
        </w:rPr>
      </w:pPr>
      <w:r w:rsidRPr="003211A1">
        <w:rPr>
          <w:i/>
          <w:color w:val="555555"/>
          <w:sz w:val="19"/>
          <w:lang w:val="pl-PL"/>
        </w:rPr>
        <w:t xml:space="preserve">Załącznik nr 4 do Zasad udzielania i rozliczania wyjazdów krajowych i zagranicznych studentów i doktorantów </w:t>
      </w:r>
      <w:r w:rsidR="003211A1">
        <w:rPr>
          <w:i/>
          <w:color w:val="555555"/>
          <w:sz w:val="19"/>
          <w:lang w:val="pl-PL"/>
        </w:rPr>
        <w:t>Ś</w:t>
      </w:r>
      <w:r w:rsidRPr="003211A1">
        <w:rPr>
          <w:i/>
          <w:color w:val="555555"/>
          <w:sz w:val="19"/>
          <w:lang w:val="pl-PL"/>
        </w:rPr>
        <w:t>UM w Katowicach</w:t>
      </w:r>
    </w:p>
    <w:p w14:paraId="6FBF206B" w14:textId="77777777" w:rsidR="000F05DD" w:rsidRPr="003211A1" w:rsidRDefault="003C69D4">
      <w:pPr>
        <w:spacing w:after="80"/>
        <w:jc w:val="center"/>
        <w:rPr>
          <w:lang w:val="pl-PL"/>
        </w:rPr>
      </w:pPr>
      <w:r w:rsidRPr="003211A1">
        <w:rPr>
          <w:b/>
          <w:color w:val="003366"/>
          <w:sz w:val="28"/>
          <w:lang w:val="pl-PL"/>
        </w:rPr>
        <w:t>ROZLICZENIE KOSZTÓW WYJAZDU DOKTORANTA</w:t>
      </w:r>
    </w:p>
    <w:p w14:paraId="124BAA20" w14:textId="77777777" w:rsidR="000F05DD" w:rsidRPr="003211A1" w:rsidRDefault="003C69D4">
      <w:pPr>
        <w:keepNext/>
        <w:spacing w:before="280" w:after="120"/>
        <w:rPr>
          <w:lang w:val="pl-PL"/>
        </w:rPr>
      </w:pPr>
      <w:r w:rsidRPr="003211A1">
        <w:rPr>
          <w:b/>
          <w:color w:val="003366"/>
          <w:sz w:val="24"/>
          <w:lang w:val="pl-PL"/>
        </w:rPr>
        <w:t>1. Dane uczestnika wyjazdu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0F05DD" w14:paraId="28DA2DB4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A4DD6" w14:textId="77777777" w:rsidR="000F05DD" w:rsidRDefault="003C69D4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doktoranta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18FE22" w14:textId="77777777" w:rsidR="000F05DD" w:rsidRDefault="000F05DD"/>
        </w:tc>
      </w:tr>
      <w:tr w:rsidR="000F05DD" w14:paraId="6CFDC02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81394" w14:textId="77777777" w:rsidR="000F05DD" w:rsidRDefault="003C69D4"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zamieszkania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3EFA8" w14:textId="77777777" w:rsidR="000F05DD" w:rsidRDefault="000F05DD"/>
        </w:tc>
      </w:tr>
      <w:tr w:rsidR="000F05DD" w:rsidRPr="009A0BFB" w14:paraId="64E91F47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21E0A" w14:textId="77777777" w:rsidR="000F05DD" w:rsidRDefault="003C69D4">
            <w:r>
              <w:rPr>
                <w:b/>
              </w:rPr>
              <w:t xml:space="preserve">Forma </w:t>
            </w:r>
            <w:proofErr w:type="spellStart"/>
            <w:r>
              <w:rPr>
                <w:b/>
              </w:rPr>
              <w:t>zwrotu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środków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075F8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[  ] Rachunek bankowy nr: ....................................................................................</w:t>
            </w:r>
            <w:r w:rsidRPr="003211A1">
              <w:rPr>
                <w:lang w:val="pl-PL"/>
              </w:rPr>
              <w:br/>
              <w:t>[  ] W kasie uczelni (wskazać miejsce): .................................................................</w:t>
            </w:r>
          </w:p>
        </w:tc>
      </w:tr>
    </w:tbl>
    <w:p w14:paraId="5E61C13B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2. </w:t>
      </w:r>
      <w:proofErr w:type="spellStart"/>
      <w:r>
        <w:rPr>
          <w:b/>
          <w:color w:val="003366"/>
          <w:sz w:val="24"/>
        </w:rPr>
        <w:t>Szczegóły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trasy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przejazdów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728"/>
        <w:gridCol w:w="1584"/>
        <w:gridCol w:w="1728"/>
        <w:gridCol w:w="1584"/>
        <w:gridCol w:w="1728"/>
        <w:gridCol w:w="1440"/>
      </w:tblGrid>
      <w:tr w:rsidR="000F05DD" w14:paraId="5DE46014" w14:textId="77777777">
        <w:trPr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ED77D" w14:textId="77777777" w:rsidR="000F05DD" w:rsidRDefault="003C69D4">
            <w:proofErr w:type="spellStart"/>
            <w:r>
              <w:rPr>
                <w:b/>
                <w:sz w:val="19"/>
              </w:rPr>
              <w:t>Wyjazd</w:t>
            </w:r>
            <w:proofErr w:type="spellEnd"/>
            <w:r>
              <w:rPr>
                <w:b/>
                <w:sz w:val="19"/>
              </w:rPr>
              <w:t xml:space="preserve"> z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DB531" w14:textId="77777777" w:rsidR="000F05DD" w:rsidRDefault="003C69D4">
            <w:r>
              <w:rPr>
                <w:b/>
                <w:sz w:val="19"/>
              </w:rPr>
              <w:t xml:space="preserve">Data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godz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D1064" w14:textId="77777777" w:rsidR="000F05DD" w:rsidRDefault="003C69D4">
            <w:proofErr w:type="spellStart"/>
            <w:r>
              <w:rPr>
                <w:b/>
                <w:sz w:val="19"/>
              </w:rPr>
              <w:t>Przyjazd</w:t>
            </w:r>
            <w:proofErr w:type="spellEnd"/>
            <w:r>
              <w:rPr>
                <w:b/>
                <w:sz w:val="19"/>
              </w:rPr>
              <w:t xml:space="preserve"> do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A7BE8" w14:textId="77777777" w:rsidR="000F05DD" w:rsidRDefault="003C69D4">
            <w:r>
              <w:rPr>
                <w:b/>
                <w:sz w:val="19"/>
              </w:rPr>
              <w:t xml:space="preserve">Data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godz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05A3B" w14:textId="77777777" w:rsidR="000F05DD" w:rsidRDefault="003C69D4">
            <w:proofErr w:type="spellStart"/>
            <w:r>
              <w:rPr>
                <w:b/>
                <w:sz w:val="19"/>
              </w:rPr>
              <w:t>Środek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lokomocji</w:t>
            </w:r>
            <w:proofErr w:type="spellEnd"/>
          </w:p>
        </w:tc>
        <w:tc>
          <w:tcPr>
            <w:tcW w:w="1440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2794D" w14:textId="77777777" w:rsidR="000F05DD" w:rsidRDefault="003C69D4">
            <w:proofErr w:type="spellStart"/>
            <w:r>
              <w:rPr>
                <w:b/>
                <w:sz w:val="19"/>
              </w:rPr>
              <w:t>Koszt</w:t>
            </w:r>
            <w:proofErr w:type="spellEnd"/>
            <w:r>
              <w:rPr>
                <w:b/>
                <w:sz w:val="19"/>
              </w:rPr>
              <w:t xml:space="preserve"> (PLN)</w:t>
            </w:r>
          </w:p>
        </w:tc>
      </w:tr>
      <w:tr w:rsidR="000F05DD" w14:paraId="2E042C03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6C8B1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DF795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FDB55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E1B4E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A477F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5838A" w14:textId="77777777" w:rsidR="000F05DD" w:rsidRDefault="000F05DD"/>
        </w:tc>
      </w:tr>
      <w:tr w:rsidR="000F05DD" w14:paraId="51EA3F06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931A0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1AC5A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DE1D1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D0923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44101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EB388" w14:textId="77777777" w:rsidR="000F05DD" w:rsidRDefault="000F05DD"/>
        </w:tc>
      </w:tr>
      <w:tr w:rsidR="000F05DD" w14:paraId="7779E1BF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0A21F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84A0A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D461C" w14:textId="77777777" w:rsidR="000F05DD" w:rsidRDefault="000F05DD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79043" w14:textId="77777777" w:rsidR="000F05DD" w:rsidRDefault="000F05DD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6505B" w14:textId="77777777" w:rsidR="000F05DD" w:rsidRDefault="000F05DD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569D4" w14:textId="77777777" w:rsidR="000F05DD" w:rsidRDefault="000F05DD"/>
        </w:tc>
      </w:tr>
    </w:tbl>
    <w:p w14:paraId="19D666C8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3. </w:t>
      </w:r>
      <w:proofErr w:type="spellStart"/>
      <w:r>
        <w:rPr>
          <w:b/>
          <w:color w:val="003366"/>
          <w:sz w:val="24"/>
        </w:rPr>
        <w:t>Zestawienie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poniesionych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kosztów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0F05DD" w14:paraId="62F90804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5131CD03" w14:textId="77777777" w:rsidR="000F05DD" w:rsidRDefault="003C69D4">
            <w:proofErr w:type="spellStart"/>
            <w:r>
              <w:rPr>
                <w:b/>
              </w:rPr>
              <w:t>Kategoria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wydatku</w:t>
            </w:r>
            <w:proofErr w:type="spellEnd"/>
          </w:p>
        </w:tc>
        <w:tc>
          <w:tcPr>
            <w:tcW w:w="2880" w:type="dxa"/>
            <w:shd w:val="clear" w:color="auto" w:fill="F0F4F8"/>
          </w:tcPr>
          <w:p w14:paraId="7E92DB6E" w14:textId="77777777" w:rsidR="000F05DD" w:rsidRDefault="003C69D4">
            <w:proofErr w:type="spellStart"/>
            <w:r>
              <w:rPr>
                <w:b/>
              </w:rPr>
              <w:t>Kwota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faktyczna</w:t>
            </w:r>
            <w:proofErr w:type="spellEnd"/>
            <w:r>
              <w:rPr>
                <w:b/>
              </w:rPr>
              <w:t xml:space="preserve"> (PLN)</w:t>
            </w:r>
          </w:p>
        </w:tc>
      </w:tr>
      <w:tr w:rsidR="000F05DD" w14:paraId="652284CB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56171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przejazdów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dojazdów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7D34F" w14:textId="77777777" w:rsidR="000F05DD" w:rsidRDefault="000F05DD"/>
        </w:tc>
      </w:tr>
      <w:tr w:rsidR="000F05DD" w14:paraId="794E65C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D4CC3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opłaty</w:t>
            </w:r>
            <w:proofErr w:type="spellEnd"/>
            <w:r>
              <w:t xml:space="preserve"> </w:t>
            </w:r>
            <w:proofErr w:type="spellStart"/>
            <w:r>
              <w:t>rejestracyjnej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6E00E" w14:textId="77777777" w:rsidR="000F05DD" w:rsidRDefault="000F05DD"/>
        </w:tc>
      </w:tr>
      <w:tr w:rsidR="000F05DD" w14:paraId="19F9B512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47F2E" w14:textId="77777777" w:rsidR="000F05DD" w:rsidRDefault="003C69D4"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noclegu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FDE8D" w14:textId="77777777" w:rsidR="000F05DD" w:rsidRDefault="000F05DD"/>
        </w:tc>
      </w:tr>
      <w:tr w:rsidR="000F05DD" w:rsidRPr="009A0BFB" w14:paraId="2B365AD6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4321B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Inne (diety, wizy – dotyczy wyjazdów ze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302FD" w14:textId="77777777" w:rsidR="000F05DD" w:rsidRPr="003211A1" w:rsidRDefault="000F05DD">
            <w:pPr>
              <w:rPr>
                <w:lang w:val="pl-PL"/>
              </w:rPr>
            </w:pPr>
          </w:p>
        </w:tc>
      </w:tr>
      <w:tr w:rsidR="000F05DD" w14:paraId="64D1B1DC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77CB0" w14:textId="77777777" w:rsidR="000F05DD" w:rsidRDefault="003C69D4">
            <w:r>
              <w:rPr>
                <w:b/>
              </w:rPr>
              <w:t>RAZEM PONIESIONE KOSZTY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74793" w14:textId="77777777" w:rsidR="000F05DD" w:rsidRDefault="000F05DD"/>
        </w:tc>
      </w:tr>
    </w:tbl>
    <w:p w14:paraId="5BA12E7F" w14:textId="77777777" w:rsidR="000F05DD" w:rsidRDefault="003C69D4">
      <w:pPr>
        <w:spacing w:before="200" w:after="240"/>
      </w:pPr>
      <w:r w:rsidRPr="003211A1">
        <w:rPr>
          <w:lang w:val="pl-PL"/>
        </w:rPr>
        <w:lastRenderedPageBreak/>
        <w:t>Niniejsze rozliczenie przedkładam oraz załączam .................... szt. dowodów księgowych.</w:t>
      </w:r>
      <w:r w:rsidRPr="003211A1">
        <w:rPr>
          <w:lang w:val="pl-PL"/>
        </w:rPr>
        <w:br/>
      </w:r>
      <w:r w:rsidRPr="003211A1">
        <w:rPr>
          <w:lang w:val="pl-PL"/>
        </w:rPr>
        <w:br/>
      </w:r>
      <w:r>
        <w:t xml:space="preserve">Data: ........................................                                </w:t>
      </w:r>
      <w:proofErr w:type="spellStart"/>
      <w:r>
        <w:t>Podpis</w:t>
      </w:r>
      <w:proofErr w:type="spellEnd"/>
      <w:r>
        <w:t xml:space="preserve"> doktoranta: ........................................................</w:t>
      </w:r>
    </w:p>
    <w:p w14:paraId="5181955A" w14:textId="77777777" w:rsidR="000F05DD" w:rsidRDefault="003C69D4">
      <w:pPr>
        <w:keepNext/>
        <w:spacing w:before="280" w:after="120"/>
      </w:pPr>
      <w:r>
        <w:rPr>
          <w:b/>
          <w:color w:val="003366"/>
          <w:sz w:val="24"/>
        </w:rPr>
        <w:t xml:space="preserve">4. </w:t>
      </w:r>
      <w:proofErr w:type="spellStart"/>
      <w:r>
        <w:rPr>
          <w:b/>
          <w:color w:val="003366"/>
          <w:sz w:val="24"/>
        </w:rPr>
        <w:t>Kontrola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zatwierdzenie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rozliczenia</w:t>
      </w:r>
      <w:proofErr w:type="spellEnd"/>
      <w:r>
        <w:rPr>
          <w:b/>
          <w:color w:val="003366"/>
          <w:sz w:val="24"/>
        </w:rPr>
        <w:t xml:space="preserve"> (</w:t>
      </w:r>
      <w:proofErr w:type="spellStart"/>
      <w:r>
        <w:rPr>
          <w:b/>
          <w:color w:val="003366"/>
          <w:sz w:val="24"/>
        </w:rPr>
        <w:t>wypełnia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Uczelnia</w:t>
      </w:r>
      <w:proofErr w:type="spellEnd"/>
      <w:r>
        <w:rPr>
          <w:b/>
          <w:color w:val="003366"/>
          <w:sz w:val="24"/>
        </w:rPr>
        <w:t>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172"/>
        <w:gridCol w:w="5754"/>
      </w:tblGrid>
      <w:tr w:rsidR="000F05DD" w:rsidRPr="009A0BFB" w14:paraId="340F8C8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B8804" w14:textId="77777777" w:rsidR="000F05DD" w:rsidRDefault="003C69D4">
            <w:proofErr w:type="spellStart"/>
            <w:r>
              <w:rPr>
                <w:b/>
              </w:rPr>
              <w:t>Sprawdzono</w:t>
            </w:r>
            <w:proofErr w:type="spellEnd"/>
            <w:r>
              <w:rPr>
                <w:b/>
              </w:rPr>
              <w:t xml:space="preserve"> pod </w:t>
            </w:r>
            <w:proofErr w:type="spellStart"/>
            <w:r>
              <w:rPr>
                <w:b/>
              </w:rPr>
              <w:t>względem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merytorycznym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DF7FE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Data, pieczęć i podpis Kierownika Działu / Jednostki: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0F05DD" w14:paraId="4C9A5AA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F45A0" w14:textId="77777777" w:rsidR="000F05DD" w:rsidRDefault="003C69D4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rozliczenia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kosztów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EED82" w14:textId="51092AB3" w:rsidR="000F05DD" w:rsidRDefault="003C69D4">
            <w:r w:rsidRPr="003211A1">
              <w:rPr>
                <w:lang w:val="pl-PL"/>
              </w:rPr>
              <w:t xml:space="preserve">Data, pieczęć i podpis Prorektora ds. </w:t>
            </w:r>
            <w:proofErr w:type="spellStart"/>
            <w:r>
              <w:t>Nauki</w:t>
            </w:r>
            <w:proofErr w:type="spellEnd"/>
            <w:r>
              <w:t xml:space="preserve"> 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0F05DD" w:rsidRPr="009A0BFB" w14:paraId="28FC856B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4D558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b/>
                <w:lang w:val="pl-PL"/>
              </w:rPr>
              <w:t>Sprawdzono pod względem formalnym i rachunkowym: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C9638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Data, pieczęć i podpis pracownika Działu Finansowo-Księgowego: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0F05DD" w:rsidRPr="009A0BFB" w14:paraId="552C2FFA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71D01" w14:textId="77777777" w:rsidR="000F05DD" w:rsidRDefault="003C69D4">
            <w:proofErr w:type="spellStart"/>
            <w:r>
              <w:rPr>
                <w:b/>
              </w:rPr>
              <w:t>Zatwierdzam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wypłaty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kwotę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40A5FA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Słownie: ....................................................................................</w:t>
            </w:r>
            <w:r w:rsidRPr="003211A1">
              <w:rPr>
                <w:lang w:val="pl-PL"/>
              </w:rPr>
              <w:br/>
            </w:r>
            <w:r w:rsidRPr="003211A1">
              <w:rPr>
                <w:lang w:val="pl-PL"/>
              </w:rPr>
              <w:br/>
              <w:t>Podpis Kwestora: ............................   Podpis Kanclerza: ............................</w:t>
            </w:r>
          </w:p>
        </w:tc>
      </w:tr>
      <w:tr w:rsidR="000F05DD" w:rsidRPr="009A0BFB" w14:paraId="13479C0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96097" w14:textId="77777777" w:rsidR="000F05DD" w:rsidRDefault="003C69D4">
            <w:proofErr w:type="spellStart"/>
            <w:r>
              <w:rPr>
                <w:b/>
              </w:rPr>
              <w:t>Potwierdzenie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udziału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wyjeździe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B415F" w14:textId="77777777" w:rsidR="000F05DD" w:rsidRPr="003211A1" w:rsidRDefault="003C69D4">
            <w:pPr>
              <w:rPr>
                <w:lang w:val="pl-PL"/>
              </w:rPr>
            </w:pPr>
            <w:r w:rsidRPr="003211A1">
              <w:rPr>
                <w:lang w:val="pl-PL"/>
              </w:rPr>
              <w:t>Pieczęć i/lub podpis organizatora:</w:t>
            </w:r>
            <w:r w:rsidRPr="003211A1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</w:tbl>
    <w:p w14:paraId="3D3A5D97" w14:textId="77777777" w:rsidR="00C819B7" w:rsidRPr="003211A1" w:rsidRDefault="00C819B7">
      <w:pPr>
        <w:rPr>
          <w:lang w:val="pl-PL"/>
        </w:rPr>
      </w:pPr>
    </w:p>
    <w:sectPr w:rsidR="00C819B7" w:rsidRPr="003211A1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5DD"/>
    <w:rsid w:val="0015074B"/>
    <w:rsid w:val="0029639D"/>
    <w:rsid w:val="003211A1"/>
    <w:rsid w:val="00326F90"/>
    <w:rsid w:val="003C69D4"/>
    <w:rsid w:val="00412398"/>
    <w:rsid w:val="00684D6E"/>
    <w:rsid w:val="009A0BFB"/>
    <w:rsid w:val="00AA1D8D"/>
    <w:rsid w:val="00B47730"/>
    <w:rsid w:val="00C819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D1598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zasad udzielania i rozliczania wyjazdów studentów i doktorantów ŚUM</dc:title>
  <dc:subject/>
  <dc:creator>Dział ds.Studenckich</dc:creator>
  <cp:keywords/>
  <dc:description>generated by python-docx</dc:description>
  <cp:lastModifiedBy>Agnieszka Góra</cp:lastModifiedBy>
  <cp:revision>4</cp:revision>
  <cp:lastPrinted>2026-09-10T06:42:00Z</cp:lastPrinted>
  <dcterms:created xsi:type="dcterms:W3CDTF">2026-08-26T08:28:00Z</dcterms:created>
  <dcterms:modified xsi:type="dcterms:W3CDTF">2026-09-10T06:43:00Z</dcterms:modified>
  <cp:category/>
</cp:coreProperties>
</file>