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7D5E96" w14:textId="21646B6C" w:rsidR="00834585" w:rsidRPr="0054450C" w:rsidRDefault="007C18FA">
      <w:pPr>
        <w:spacing w:after="240"/>
        <w:jc w:val="right"/>
        <w:rPr>
          <w:lang w:val="pl-PL"/>
        </w:rPr>
      </w:pPr>
      <w:r w:rsidRPr="0054450C">
        <w:rPr>
          <w:i/>
          <w:color w:val="555555"/>
          <w:sz w:val="19"/>
          <w:lang w:val="pl-PL"/>
        </w:rPr>
        <w:t xml:space="preserve">Załącznik nr 2 do Zasad udzielania i rozliczania wyjazdów krajowych i zagranicznych studentów i doktorantów </w:t>
      </w:r>
      <w:r w:rsidR="00891DC7">
        <w:rPr>
          <w:i/>
          <w:color w:val="555555"/>
          <w:sz w:val="19"/>
          <w:lang w:val="pl-PL"/>
        </w:rPr>
        <w:t>Ś</w:t>
      </w:r>
      <w:r w:rsidRPr="0054450C">
        <w:rPr>
          <w:i/>
          <w:color w:val="555555"/>
          <w:sz w:val="19"/>
          <w:lang w:val="pl-PL"/>
        </w:rPr>
        <w:t>UM w Katowicach</w:t>
      </w:r>
    </w:p>
    <w:p w14:paraId="67A2912F" w14:textId="77777777" w:rsidR="00834585" w:rsidRPr="00891DC7" w:rsidRDefault="007C18FA">
      <w:pPr>
        <w:spacing w:after="80"/>
        <w:jc w:val="center"/>
        <w:rPr>
          <w:lang w:val="pl-PL"/>
        </w:rPr>
      </w:pPr>
      <w:r w:rsidRPr="0054450C">
        <w:rPr>
          <w:b/>
          <w:color w:val="003366"/>
          <w:sz w:val="28"/>
          <w:lang w:val="pl-PL"/>
        </w:rPr>
        <w:t>WNIOSEK nr ....................</w:t>
      </w:r>
      <w:r w:rsidRPr="0054450C">
        <w:rPr>
          <w:b/>
          <w:color w:val="003366"/>
          <w:sz w:val="28"/>
          <w:lang w:val="pl-PL"/>
        </w:rPr>
        <w:br/>
      </w:r>
      <w:r w:rsidRPr="00891DC7">
        <w:rPr>
          <w:b/>
          <w:color w:val="003366"/>
          <w:sz w:val="28"/>
          <w:lang w:val="pl-PL"/>
        </w:rPr>
        <w:t>o udzielenie zgody na wyjazd doktoranta</w:t>
      </w:r>
    </w:p>
    <w:p w14:paraId="62A8991B" w14:textId="2479D7A1" w:rsidR="00834585" w:rsidRPr="00891DC7" w:rsidRDefault="007C18FA">
      <w:pPr>
        <w:spacing w:after="320"/>
        <w:jc w:val="center"/>
        <w:rPr>
          <w:lang w:val="pl-PL"/>
        </w:rPr>
      </w:pPr>
      <w:r w:rsidRPr="00891DC7">
        <w:rPr>
          <w:i/>
          <w:color w:val="666666"/>
          <w:sz w:val="20"/>
          <w:lang w:val="pl-PL"/>
        </w:rPr>
        <w:t xml:space="preserve">(numer nadaje </w:t>
      </w:r>
      <w:r w:rsidR="00891DC7">
        <w:rPr>
          <w:i/>
          <w:color w:val="666666"/>
          <w:sz w:val="20"/>
          <w:lang w:val="pl-PL"/>
        </w:rPr>
        <w:t>Sekcja ds. Kształcenia Doktorantów</w:t>
      </w:r>
      <w:r w:rsidRPr="00891DC7">
        <w:rPr>
          <w:i/>
          <w:color w:val="666666"/>
          <w:sz w:val="20"/>
          <w:lang w:val="pl-PL"/>
        </w:rPr>
        <w:t>)</w:t>
      </w:r>
    </w:p>
    <w:p w14:paraId="79068343" w14:textId="77777777" w:rsidR="00834585" w:rsidRPr="00891DC7" w:rsidRDefault="007C18FA">
      <w:pPr>
        <w:keepNext/>
        <w:spacing w:before="280" w:after="120"/>
        <w:rPr>
          <w:lang w:val="pl-PL"/>
        </w:rPr>
      </w:pPr>
      <w:r w:rsidRPr="00891DC7">
        <w:rPr>
          <w:b/>
          <w:color w:val="003366"/>
          <w:sz w:val="24"/>
          <w:lang w:val="pl-PL"/>
        </w:rPr>
        <w:t>1. Dane podstawowe doktoranta (wypełnia doktorant)</w:t>
      </w:r>
    </w:p>
    <w:tbl>
      <w:tblPr>
        <w:tblW w:w="0" w:type="auto"/>
        <w:jc w:val="center"/>
        <w:tblBorders>
          <w:top w:val="single" w:sz="4" w:space="0" w:color="D3D3D3"/>
          <w:left w:val="single" w:sz="4" w:space="0" w:color="D3D3D3"/>
          <w:bottom w:val="single" w:sz="4" w:space="0" w:color="D3D3D3"/>
          <w:right w:val="single" w:sz="4" w:space="0" w:color="D3D3D3"/>
          <w:insideH w:val="single" w:sz="4" w:space="0" w:color="D3D3D3"/>
          <w:insideV w:val="single" w:sz="4" w:space="0" w:color="D3D3D3"/>
        </w:tblBorders>
        <w:tblLook w:val="04A0" w:firstRow="1" w:lastRow="0" w:firstColumn="1" w:lastColumn="0" w:noHBand="0" w:noVBand="1"/>
      </w:tblPr>
      <w:tblGrid>
        <w:gridCol w:w="3600"/>
        <w:gridCol w:w="6192"/>
      </w:tblGrid>
      <w:tr w:rsidR="00834585" w14:paraId="1D3C3809" w14:textId="77777777">
        <w:trPr>
          <w:jc w:val="center"/>
        </w:trPr>
        <w:tc>
          <w:tcPr>
            <w:tcW w:w="36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9E6951C" w14:textId="77777777" w:rsidR="00834585" w:rsidRDefault="007C18FA">
            <w:proofErr w:type="spellStart"/>
            <w:r>
              <w:rPr>
                <w:b/>
                <w:sz w:val="20"/>
              </w:rPr>
              <w:t>Imię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i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nazwisko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doktoranta</w:t>
            </w:r>
            <w:proofErr w:type="spellEnd"/>
            <w:r>
              <w:rPr>
                <w:b/>
                <w:sz w:val="20"/>
              </w:rPr>
              <w:t>:</w:t>
            </w:r>
          </w:p>
        </w:tc>
        <w:tc>
          <w:tcPr>
            <w:tcW w:w="6192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DF2F8B5" w14:textId="77777777" w:rsidR="00834585" w:rsidRDefault="00834585"/>
        </w:tc>
      </w:tr>
      <w:tr w:rsidR="00834585" w:rsidRPr="00891DC7" w14:paraId="124D0B97" w14:textId="77777777">
        <w:trPr>
          <w:jc w:val="center"/>
        </w:trPr>
        <w:tc>
          <w:tcPr>
            <w:tcW w:w="36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A3E638C" w14:textId="7151FEF5" w:rsidR="00834585" w:rsidRPr="00891DC7" w:rsidRDefault="00891DC7">
            <w:pPr>
              <w:rPr>
                <w:lang w:val="pl-PL"/>
              </w:rPr>
            </w:pPr>
            <w:r>
              <w:rPr>
                <w:b/>
                <w:sz w:val="20"/>
                <w:lang w:val="pl-PL"/>
              </w:rPr>
              <w:t xml:space="preserve">Rok kształcenia/dyscyplina </w:t>
            </w:r>
          </w:p>
        </w:tc>
        <w:tc>
          <w:tcPr>
            <w:tcW w:w="6192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67DC721" w14:textId="77777777" w:rsidR="00834585" w:rsidRPr="00891DC7" w:rsidRDefault="00834585">
            <w:pPr>
              <w:rPr>
                <w:lang w:val="pl-PL"/>
              </w:rPr>
            </w:pPr>
          </w:p>
        </w:tc>
      </w:tr>
      <w:tr w:rsidR="00834585" w14:paraId="3D894F54" w14:textId="77777777">
        <w:trPr>
          <w:jc w:val="center"/>
        </w:trPr>
        <w:tc>
          <w:tcPr>
            <w:tcW w:w="36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0C26816" w14:textId="77777777" w:rsidR="00834585" w:rsidRDefault="007C18FA">
            <w:proofErr w:type="spellStart"/>
            <w:r>
              <w:rPr>
                <w:b/>
                <w:sz w:val="20"/>
              </w:rPr>
              <w:t>Numer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telefonu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kontaktowego</w:t>
            </w:r>
            <w:proofErr w:type="spellEnd"/>
            <w:r>
              <w:rPr>
                <w:b/>
                <w:sz w:val="20"/>
              </w:rPr>
              <w:t>:</w:t>
            </w:r>
          </w:p>
        </w:tc>
        <w:tc>
          <w:tcPr>
            <w:tcW w:w="6192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D1FF1BB" w14:textId="77777777" w:rsidR="00834585" w:rsidRDefault="00834585"/>
        </w:tc>
      </w:tr>
      <w:tr w:rsidR="00834585" w:rsidRPr="00C91CEB" w14:paraId="45E1EBC8" w14:textId="77777777">
        <w:trPr>
          <w:jc w:val="center"/>
        </w:trPr>
        <w:tc>
          <w:tcPr>
            <w:tcW w:w="36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7B50C6D" w14:textId="77777777" w:rsidR="00834585" w:rsidRPr="00891DC7" w:rsidRDefault="007C18FA">
            <w:pPr>
              <w:rPr>
                <w:lang w:val="pl-PL"/>
              </w:rPr>
            </w:pPr>
            <w:r w:rsidRPr="00891DC7">
              <w:rPr>
                <w:b/>
                <w:sz w:val="20"/>
                <w:lang w:val="pl-PL"/>
              </w:rPr>
              <w:t>Adres e-mail (w domenie 365.sum.edu.pl):</w:t>
            </w:r>
          </w:p>
        </w:tc>
        <w:tc>
          <w:tcPr>
            <w:tcW w:w="6192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7AA934E" w14:textId="77777777" w:rsidR="00834585" w:rsidRPr="00891DC7" w:rsidRDefault="00834585">
            <w:pPr>
              <w:rPr>
                <w:lang w:val="pl-PL"/>
              </w:rPr>
            </w:pPr>
          </w:p>
        </w:tc>
      </w:tr>
      <w:tr w:rsidR="00834585" w14:paraId="2EA28AE2" w14:textId="77777777">
        <w:trPr>
          <w:jc w:val="center"/>
        </w:trPr>
        <w:tc>
          <w:tcPr>
            <w:tcW w:w="36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71F2656" w14:textId="77777777" w:rsidR="00834585" w:rsidRDefault="007C18FA">
            <w:proofErr w:type="spellStart"/>
            <w:r>
              <w:rPr>
                <w:b/>
                <w:sz w:val="20"/>
              </w:rPr>
              <w:t>Docelowa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miejscowość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wyjazdu</w:t>
            </w:r>
            <w:proofErr w:type="spellEnd"/>
            <w:r>
              <w:rPr>
                <w:b/>
                <w:sz w:val="20"/>
              </w:rPr>
              <w:t>:</w:t>
            </w:r>
          </w:p>
        </w:tc>
        <w:tc>
          <w:tcPr>
            <w:tcW w:w="6192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10E5A14" w14:textId="77777777" w:rsidR="00834585" w:rsidRDefault="00834585"/>
        </w:tc>
      </w:tr>
      <w:tr w:rsidR="00834585" w14:paraId="1D631A86" w14:textId="77777777">
        <w:trPr>
          <w:jc w:val="center"/>
        </w:trPr>
        <w:tc>
          <w:tcPr>
            <w:tcW w:w="36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CB6BCDF" w14:textId="77777777" w:rsidR="00834585" w:rsidRDefault="007C18FA">
            <w:proofErr w:type="spellStart"/>
            <w:r>
              <w:rPr>
                <w:b/>
                <w:sz w:val="20"/>
              </w:rPr>
              <w:t>Czas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wyjazdu</w:t>
            </w:r>
            <w:proofErr w:type="spellEnd"/>
            <w:r>
              <w:rPr>
                <w:b/>
                <w:sz w:val="20"/>
              </w:rPr>
              <w:t xml:space="preserve"> (z </w:t>
            </w:r>
            <w:proofErr w:type="spellStart"/>
            <w:r>
              <w:rPr>
                <w:b/>
                <w:sz w:val="20"/>
              </w:rPr>
              <w:t>przejazdami</w:t>
            </w:r>
            <w:proofErr w:type="spellEnd"/>
            <w:r>
              <w:rPr>
                <w:b/>
                <w:sz w:val="20"/>
              </w:rPr>
              <w:t>):</w:t>
            </w:r>
          </w:p>
        </w:tc>
        <w:tc>
          <w:tcPr>
            <w:tcW w:w="6192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9787666" w14:textId="77777777" w:rsidR="00834585" w:rsidRDefault="007C18FA">
            <w:r>
              <w:t>od: ................................ do: ................................</w:t>
            </w:r>
          </w:p>
        </w:tc>
      </w:tr>
    </w:tbl>
    <w:p w14:paraId="58D03521" w14:textId="77777777" w:rsidR="00834585" w:rsidRDefault="007C18FA">
      <w:pPr>
        <w:keepNext/>
        <w:spacing w:before="280" w:after="120"/>
      </w:pPr>
      <w:r>
        <w:rPr>
          <w:b/>
          <w:color w:val="003366"/>
          <w:sz w:val="24"/>
        </w:rPr>
        <w:t xml:space="preserve">2. </w:t>
      </w:r>
      <w:proofErr w:type="spellStart"/>
      <w:r>
        <w:rPr>
          <w:b/>
          <w:color w:val="003366"/>
          <w:sz w:val="24"/>
        </w:rPr>
        <w:t>Szczegóły</w:t>
      </w:r>
      <w:proofErr w:type="spellEnd"/>
      <w:r>
        <w:rPr>
          <w:b/>
          <w:color w:val="003366"/>
          <w:sz w:val="24"/>
        </w:rPr>
        <w:t xml:space="preserve"> </w:t>
      </w:r>
      <w:proofErr w:type="spellStart"/>
      <w:r>
        <w:rPr>
          <w:b/>
          <w:color w:val="003366"/>
          <w:sz w:val="24"/>
        </w:rPr>
        <w:t>wydarzenia</w:t>
      </w:r>
      <w:proofErr w:type="spellEnd"/>
      <w:r>
        <w:rPr>
          <w:b/>
          <w:color w:val="003366"/>
          <w:sz w:val="24"/>
        </w:rPr>
        <w:t xml:space="preserve"> </w:t>
      </w:r>
      <w:proofErr w:type="spellStart"/>
      <w:r>
        <w:rPr>
          <w:b/>
          <w:color w:val="003366"/>
          <w:sz w:val="24"/>
        </w:rPr>
        <w:t>i</w:t>
      </w:r>
      <w:proofErr w:type="spellEnd"/>
      <w:r>
        <w:rPr>
          <w:b/>
          <w:color w:val="003366"/>
          <w:sz w:val="24"/>
        </w:rPr>
        <w:t xml:space="preserve"> </w:t>
      </w:r>
      <w:proofErr w:type="spellStart"/>
      <w:r>
        <w:rPr>
          <w:b/>
          <w:color w:val="003366"/>
          <w:sz w:val="24"/>
        </w:rPr>
        <w:t>uczestnictwa</w:t>
      </w:r>
      <w:proofErr w:type="spellEnd"/>
    </w:p>
    <w:tbl>
      <w:tblPr>
        <w:tblW w:w="0" w:type="auto"/>
        <w:jc w:val="center"/>
        <w:tblBorders>
          <w:top w:val="single" w:sz="4" w:space="0" w:color="D3D3D3"/>
          <w:left w:val="single" w:sz="4" w:space="0" w:color="D3D3D3"/>
          <w:bottom w:val="single" w:sz="4" w:space="0" w:color="D3D3D3"/>
          <w:right w:val="single" w:sz="4" w:space="0" w:color="D3D3D3"/>
          <w:insideH w:val="single" w:sz="4" w:space="0" w:color="D3D3D3"/>
          <w:insideV w:val="single" w:sz="4" w:space="0" w:color="D3D3D3"/>
        </w:tblBorders>
        <w:tblLook w:val="04A0" w:firstRow="1" w:lastRow="0" w:firstColumn="1" w:lastColumn="0" w:noHBand="0" w:noVBand="1"/>
      </w:tblPr>
      <w:tblGrid>
        <w:gridCol w:w="3600"/>
        <w:gridCol w:w="6192"/>
      </w:tblGrid>
      <w:tr w:rsidR="00834585" w:rsidRPr="00C91CEB" w14:paraId="3527FF40" w14:textId="77777777">
        <w:trPr>
          <w:jc w:val="center"/>
        </w:trPr>
        <w:tc>
          <w:tcPr>
            <w:tcW w:w="36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6930E40" w14:textId="77777777" w:rsidR="00834585" w:rsidRPr="00891DC7" w:rsidRDefault="007C18FA">
            <w:pPr>
              <w:rPr>
                <w:lang w:val="pl-PL"/>
              </w:rPr>
            </w:pPr>
            <w:r w:rsidRPr="00891DC7">
              <w:rPr>
                <w:b/>
                <w:sz w:val="20"/>
                <w:lang w:val="pl-PL"/>
              </w:rPr>
              <w:t>Nazwa wydarzenia (Konferencja/Szkolenie/Zjazd):</w:t>
            </w:r>
          </w:p>
        </w:tc>
        <w:tc>
          <w:tcPr>
            <w:tcW w:w="6192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296903C" w14:textId="77777777" w:rsidR="00834585" w:rsidRPr="00891DC7" w:rsidRDefault="00834585">
            <w:pPr>
              <w:rPr>
                <w:lang w:val="pl-PL"/>
              </w:rPr>
            </w:pPr>
          </w:p>
        </w:tc>
      </w:tr>
      <w:tr w:rsidR="00834585" w14:paraId="1C997C7F" w14:textId="77777777">
        <w:trPr>
          <w:jc w:val="center"/>
        </w:trPr>
        <w:tc>
          <w:tcPr>
            <w:tcW w:w="36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A780F98" w14:textId="77777777" w:rsidR="00834585" w:rsidRDefault="007C18FA">
            <w:proofErr w:type="spellStart"/>
            <w:r>
              <w:rPr>
                <w:b/>
                <w:sz w:val="20"/>
              </w:rPr>
              <w:t>Temat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wystąpienia</w:t>
            </w:r>
            <w:proofErr w:type="spellEnd"/>
            <w:r>
              <w:rPr>
                <w:b/>
                <w:sz w:val="20"/>
              </w:rPr>
              <w:t xml:space="preserve"> / </w:t>
            </w:r>
            <w:proofErr w:type="spellStart"/>
            <w:r>
              <w:rPr>
                <w:b/>
                <w:sz w:val="20"/>
              </w:rPr>
              <w:t>referatu</w:t>
            </w:r>
            <w:proofErr w:type="spellEnd"/>
            <w:r>
              <w:rPr>
                <w:b/>
                <w:sz w:val="20"/>
              </w:rPr>
              <w:t xml:space="preserve"> / </w:t>
            </w:r>
            <w:proofErr w:type="spellStart"/>
            <w:r>
              <w:rPr>
                <w:b/>
                <w:sz w:val="20"/>
              </w:rPr>
              <w:t>posteru</w:t>
            </w:r>
            <w:proofErr w:type="spellEnd"/>
            <w:r>
              <w:rPr>
                <w:b/>
                <w:sz w:val="20"/>
              </w:rPr>
              <w:t>:</w:t>
            </w:r>
          </w:p>
        </w:tc>
        <w:tc>
          <w:tcPr>
            <w:tcW w:w="6192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AFB0FC9" w14:textId="77777777" w:rsidR="00834585" w:rsidRDefault="00834585"/>
        </w:tc>
      </w:tr>
      <w:tr w:rsidR="00834585" w:rsidRPr="00C91CEB" w14:paraId="53F1C3E9" w14:textId="77777777">
        <w:trPr>
          <w:jc w:val="center"/>
        </w:trPr>
        <w:tc>
          <w:tcPr>
            <w:tcW w:w="36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749CBE2" w14:textId="6197D780" w:rsidR="00834585" w:rsidRPr="0054450C" w:rsidRDefault="000B0598">
            <w:pPr>
              <w:rPr>
                <w:lang w:val="pl-PL"/>
              </w:rPr>
            </w:pPr>
            <w:r w:rsidRPr="0054450C">
              <w:rPr>
                <w:b/>
                <w:sz w:val="20"/>
                <w:lang w:val="pl-PL"/>
              </w:rPr>
              <w:t>Cel wyjazdu:</w:t>
            </w:r>
            <w:r w:rsidRPr="0054450C">
              <w:rPr>
                <w:b/>
                <w:sz w:val="20"/>
                <w:lang w:val="pl-PL"/>
              </w:rPr>
              <w:br/>
            </w:r>
            <w:r w:rsidRPr="000B059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pl-PL" w:eastAsia="pl-PL"/>
              </w:rPr>
              <w:t>cel wyjazdu winien zostać opisany szczegółowo z uwzględnieniem rodzaju (konferencja/zjazd/szkolenie/inne, wskazaniem dokładnego adresu miejsca ich odbywania się, charakteru uczestnictwa (czynny/bierny) oraz tematyki wraz z dokumentem potwierdzającym czynny udział.</w:t>
            </w:r>
          </w:p>
        </w:tc>
        <w:tc>
          <w:tcPr>
            <w:tcW w:w="6192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51F7C55" w14:textId="532E59E4" w:rsidR="00834585" w:rsidRPr="00891DC7" w:rsidRDefault="007C18FA">
            <w:pPr>
              <w:rPr>
                <w:lang w:val="pl-PL"/>
              </w:rPr>
            </w:pPr>
            <w:r w:rsidRPr="00891DC7">
              <w:rPr>
                <w:lang w:val="pl-PL"/>
              </w:rPr>
              <w:t>[  ] wygłoszenie referatu     [  ] prezentacja posteru     [  ] udział bierny</w:t>
            </w:r>
            <w:r w:rsidR="000B0598">
              <w:rPr>
                <w:lang w:val="pl-PL"/>
              </w:rPr>
              <w:t>/czynny [  ] inny…….</w:t>
            </w:r>
          </w:p>
        </w:tc>
      </w:tr>
      <w:tr w:rsidR="00834585" w14:paraId="1048C6F4" w14:textId="77777777">
        <w:trPr>
          <w:jc w:val="center"/>
        </w:trPr>
        <w:tc>
          <w:tcPr>
            <w:tcW w:w="36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CF5A55F" w14:textId="77777777" w:rsidR="00834585" w:rsidRDefault="007C18FA">
            <w:proofErr w:type="spellStart"/>
            <w:r>
              <w:rPr>
                <w:b/>
                <w:sz w:val="20"/>
              </w:rPr>
              <w:t>Środek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lokomocji</w:t>
            </w:r>
            <w:proofErr w:type="spellEnd"/>
            <w:r>
              <w:rPr>
                <w:b/>
                <w:sz w:val="20"/>
              </w:rPr>
              <w:t>:</w:t>
            </w:r>
          </w:p>
        </w:tc>
        <w:tc>
          <w:tcPr>
            <w:tcW w:w="6192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6D624A5" w14:textId="77777777" w:rsidR="00834585" w:rsidRDefault="007C18FA">
            <w:r w:rsidRPr="00891DC7">
              <w:rPr>
                <w:lang w:val="pl-PL"/>
              </w:rPr>
              <w:t>[  ] PKP (klasa II)</w:t>
            </w:r>
            <w:r w:rsidRPr="00891DC7">
              <w:rPr>
                <w:lang w:val="pl-PL"/>
              </w:rPr>
              <w:br/>
              <w:t>[  ] Inny: ........................................................</w:t>
            </w:r>
            <w:r w:rsidRPr="00891DC7">
              <w:rPr>
                <w:lang w:val="pl-PL"/>
              </w:rPr>
              <w:br/>
              <w:t xml:space="preserve">Zniżka: [  ] TAK (wysokość: .......%)   </w:t>
            </w:r>
            <w:r>
              <w:t>[  ] NIE</w:t>
            </w:r>
          </w:p>
        </w:tc>
      </w:tr>
    </w:tbl>
    <w:p w14:paraId="53053F9A" w14:textId="77777777" w:rsidR="00834585" w:rsidRDefault="007C18FA">
      <w:pPr>
        <w:keepNext/>
        <w:spacing w:before="280" w:after="120"/>
      </w:pPr>
      <w:r>
        <w:rPr>
          <w:b/>
          <w:color w:val="003366"/>
          <w:sz w:val="24"/>
        </w:rPr>
        <w:lastRenderedPageBreak/>
        <w:t xml:space="preserve">3. </w:t>
      </w:r>
      <w:proofErr w:type="spellStart"/>
      <w:r>
        <w:rPr>
          <w:b/>
          <w:color w:val="003366"/>
          <w:sz w:val="24"/>
        </w:rPr>
        <w:t>Szacowany</w:t>
      </w:r>
      <w:proofErr w:type="spellEnd"/>
      <w:r>
        <w:rPr>
          <w:b/>
          <w:color w:val="003366"/>
          <w:sz w:val="24"/>
        </w:rPr>
        <w:t xml:space="preserve"> </w:t>
      </w:r>
      <w:proofErr w:type="spellStart"/>
      <w:r>
        <w:rPr>
          <w:b/>
          <w:color w:val="003366"/>
          <w:sz w:val="24"/>
        </w:rPr>
        <w:t>koszt</w:t>
      </w:r>
      <w:proofErr w:type="spellEnd"/>
      <w:r>
        <w:rPr>
          <w:b/>
          <w:color w:val="003366"/>
          <w:sz w:val="24"/>
        </w:rPr>
        <w:t xml:space="preserve"> </w:t>
      </w:r>
      <w:proofErr w:type="spellStart"/>
      <w:r>
        <w:rPr>
          <w:b/>
          <w:color w:val="003366"/>
          <w:sz w:val="24"/>
        </w:rPr>
        <w:t>wyjazdu</w:t>
      </w:r>
      <w:proofErr w:type="spellEnd"/>
    </w:p>
    <w:tbl>
      <w:tblPr>
        <w:tblW w:w="0" w:type="auto"/>
        <w:jc w:val="center"/>
        <w:tblBorders>
          <w:top w:val="single" w:sz="4" w:space="0" w:color="D3D3D3"/>
          <w:left w:val="single" w:sz="4" w:space="0" w:color="D3D3D3"/>
          <w:bottom w:val="single" w:sz="4" w:space="0" w:color="D3D3D3"/>
          <w:right w:val="single" w:sz="4" w:space="0" w:color="D3D3D3"/>
          <w:insideH w:val="single" w:sz="4" w:space="0" w:color="D3D3D3"/>
          <w:insideV w:val="single" w:sz="4" w:space="0" w:color="D3D3D3"/>
        </w:tblBorders>
        <w:tblLook w:val="04A0" w:firstRow="1" w:lastRow="0" w:firstColumn="1" w:lastColumn="0" w:noHBand="0" w:noVBand="1"/>
      </w:tblPr>
      <w:tblGrid>
        <w:gridCol w:w="2197"/>
        <w:gridCol w:w="1695"/>
        <w:gridCol w:w="3837"/>
        <w:gridCol w:w="2197"/>
      </w:tblGrid>
      <w:tr w:rsidR="00891DC7" w:rsidRPr="00C91CEB" w14:paraId="0CD10AB0" w14:textId="01FA72C4" w:rsidTr="0054450C">
        <w:trPr>
          <w:jc w:val="center"/>
        </w:trPr>
        <w:tc>
          <w:tcPr>
            <w:tcW w:w="3892" w:type="dxa"/>
            <w:gridSpan w:val="2"/>
            <w:shd w:val="clear" w:color="auto" w:fill="F0F4F8"/>
          </w:tcPr>
          <w:p w14:paraId="0B65E34C" w14:textId="77777777" w:rsidR="00891DC7" w:rsidRDefault="00891DC7">
            <w:proofErr w:type="spellStart"/>
            <w:r>
              <w:rPr>
                <w:b/>
              </w:rPr>
              <w:t>Kategoria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kosztu</w:t>
            </w:r>
            <w:proofErr w:type="spellEnd"/>
          </w:p>
        </w:tc>
        <w:tc>
          <w:tcPr>
            <w:tcW w:w="3837" w:type="dxa"/>
            <w:shd w:val="clear" w:color="auto" w:fill="F0F4F8"/>
          </w:tcPr>
          <w:p w14:paraId="5ECD80BF" w14:textId="77777777" w:rsidR="00891DC7" w:rsidRDefault="00891DC7">
            <w:proofErr w:type="spellStart"/>
            <w:r>
              <w:rPr>
                <w:b/>
              </w:rPr>
              <w:t>Koszt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wnioskowany</w:t>
            </w:r>
            <w:proofErr w:type="spellEnd"/>
            <w:r>
              <w:rPr>
                <w:b/>
              </w:rPr>
              <w:t xml:space="preserve"> (PLN)</w:t>
            </w:r>
          </w:p>
        </w:tc>
        <w:tc>
          <w:tcPr>
            <w:tcW w:w="2197" w:type="dxa"/>
            <w:shd w:val="clear" w:color="auto" w:fill="F0F4F8"/>
          </w:tcPr>
          <w:p w14:paraId="0011847A" w14:textId="11F50DFB" w:rsidR="00891DC7" w:rsidRPr="0054450C" w:rsidRDefault="00891DC7">
            <w:pPr>
              <w:rPr>
                <w:b/>
                <w:lang w:val="pl-PL"/>
              </w:rPr>
            </w:pPr>
            <w:r w:rsidRPr="0054450C">
              <w:rPr>
                <w:b/>
                <w:lang w:val="pl-PL"/>
              </w:rPr>
              <w:t>Płatność przelewem ŚUM/ płatność p</w:t>
            </w:r>
            <w:r>
              <w:rPr>
                <w:b/>
                <w:lang w:val="pl-PL"/>
              </w:rPr>
              <w:t xml:space="preserve">rzez doktoranta </w:t>
            </w:r>
          </w:p>
        </w:tc>
      </w:tr>
      <w:tr w:rsidR="00891DC7" w14:paraId="7C3A68F9" w14:textId="3B13E370" w:rsidTr="0054450C">
        <w:trPr>
          <w:jc w:val="center"/>
        </w:trPr>
        <w:tc>
          <w:tcPr>
            <w:tcW w:w="3892" w:type="dxa"/>
            <w:gridSpan w:val="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A93B99C" w14:textId="77777777" w:rsidR="00891DC7" w:rsidRDefault="00891DC7">
            <w:r>
              <w:t xml:space="preserve">a) </w:t>
            </w:r>
            <w:proofErr w:type="spellStart"/>
            <w:r>
              <w:t>Opłata</w:t>
            </w:r>
            <w:proofErr w:type="spellEnd"/>
            <w:r>
              <w:t xml:space="preserve"> </w:t>
            </w:r>
            <w:proofErr w:type="spellStart"/>
            <w:r>
              <w:t>rejestracyjna</w:t>
            </w:r>
            <w:proofErr w:type="spellEnd"/>
          </w:p>
        </w:tc>
        <w:tc>
          <w:tcPr>
            <w:tcW w:w="3837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0446DF1" w14:textId="77777777" w:rsidR="00891DC7" w:rsidRDefault="00891DC7"/>
        </w:tc>
        <w:tc>
          <w:tcPr>
            <w:tcW w:w="2197" w:type="dxa"/>
          </w:tcPr>
          <w:p w14:paraId="0509031F" w14:textId="77777777" w:rsidR="00891DC7" w:rsidRDefault="00891DC7"/>
        </w:tc>
      </w:tr>
      <w:tr w:rsidR="00891DC7" w14:paraId="6FBF62E5" w14:textId="45C97116" w:rsidTr="0054450C">
        <w:trPr>
          <w:jc w:val="center"/>
        </w:trPr>
        <w:tc>
          <w:tcPr>
            <w:tcW w:w="3892" w:type="dxa"/>
            <w:gridSpan w:val="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7DA2206" w14:textId="77777777" w:rsidR="00891DC7" w:rsidRDefault="00891DC7">
            <w:r>
              <w:t xml:space="preserve">b) </w:t>
            </w:r>
            <w:proofErr w:type="spellStart"/>
            <w:r>
              <w:t>Noclegi</w:t>
            </w:r>
            <w:proofErr w:type="spellEnd"/>
          </w:p>
        </w:tc>
        <w:tc>
          <w:tcPr>
            <w:tcW w:w="3837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6582CE7" w14:textId="77777777" w:rsidR="00891DC7" w:rsidRDefault="00891DC7"/>
        </w:tc>
        <w:tc>
          <w:tcPr>
            <w:tcW w:w="2197" w:type="dxa"/>
          </w:tcPr>
          <w:p w14:paraId="5C043501" w14:textId="77777777" w:rsidR="00891DC7" w:rsidRDefault="00891DC7"/>
        </w:tc>
      </w:tr>
      <w:tr w:rsidR="00891DC7" w:rsidRPr="00C91CEB" w14:paraId="323070A3" w14:textId="2872434D" w:rsidTr="0054450C">
        <w:trPr>
          <w:jc w:val="center"/>
        </w:trPr>
        <w:tc>
          <w:tcPr>
            <w:tcW w:w="3892" w:type="dxa"/>
            <w:gridSpan w:val="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C41E840" w14:textId="77777777" w:rsidR="00891DC7" w:rsidRPr="00891DC7" w:rsidRDefault="00891DC7">
            <w:pPr>
              <w:rPr>
                <w:lang w:val="pl-PL"/>
              </w:rPr>
            </w:pPr>
            <w:r w:rsidRPr="00891DC7">
              <w:rPr>
                <w:lang w:val="pl-PL"/>
              </w:rPr>
              <w:t>c) Przejazdy (w obie strony) i dojazdy</w:t>
            </w:r>
          </w:p>
        </w:tc>
        <w:tc>
          <w:tcPr>
            <w:tcW w:w="3837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77798DF" w14:textId="77777777" w:rsidR="00891DC7" w:rsidRPr="00891DC7" w:rsidRDefault="00891DC7">
            <w:pPr>
              <w:rPr>
                <w:lang w:val="pl-PL"/>
              </w:rPr>
            </w:pPr>
          </w:p>
        </w:tc>
        <w:tc>
          <w:tcPr>
            <w:tcW w:w="2197" w:type="dxa"/>
          </w:tcPr>
          <w:p w14:paraId="428CB5F1" w14:textId="77777777" w:rsidR="00891DC7" w:rsidRPr="00891DC7" w:rsidRDefault="00891DC7">
            <w:pPr>
              <w:rPr>
                <w:lang w:val="pl-PL"/>
              </w:rPr>
            </w:pPr>
          </w:p>
        </w:tc>
      </w:tr>
      <w:tr w:rsidR="00891DC7" w:rsidRPr="00C91CEB" w14:paraId="38C0EACF" w14:textId="2B2CB7A4" w:rsidTr="0054450C">
        <w:trPr>
          <w:jc w:val="center"/>
        </w:trPr>
        <w:tc>
          <w:tcPr>
            <w:tcW w:w="3892" w:type="dxa"/>
            <w:gridSpan w:val="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75DFDF3" w14:textId="77777777" w:rsidR="00891DC7" w:rsidRPr="00891DC7" w:rsidRDefault="00891DC7">
            <w:pPr>
              <w:rPr>
                <w:lang w:val="pl-PL"/>
              </w:rPr>
            </w:pPr>
            <w:r w:rsidRPr="00891DC7">
              <w:rPr>
                <w:lang w:val="pl-PL"/>
              </w:rPr>
              <w:t>d) Inne (diety, wizy, ubezpieczenie NNW – dot. źródeł zewnętrznych)</w:t>
            </w:r>
          </w:p>
        </w:tc>
        <w:tc>
          <w:tcPr>
            <w:tcW w:w="3837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BE419DC" w14:textId="77777777" w:rsidR="00891DC7" w:rsidRPr="00891DC7" w:rsidRDefault="00891DC7">
            <w:pPr>
              <w:rPr>
                <w:lang w:val="pl-PL"/>
              </w:rPr>
            </w:pPr>
          </w:p>
        </w:tc>
        <w:tc>
          <w:tcPr>
            <w:tcW w:w="2197" w:type="dxa"/>
          </w:tcPr>
          <w:p w14:paraId="6D8DE74A" w14:textId="77777777" w:rsidR="00891DC7" w:rsidRPr="00891DC7" w:rsidRDefault="00891DC7">
            <w:pPr>
              <w:rPr>
                <w:lang w:val="pl-PL"/>
              </w:rPr>
            </w:pPr>
          </w:p>
        </w:tc>
      </w:tr>
      <w:tr w:rsidR="00891DC7" w14:paraId="2F0C005C" w14:textId="77EF047B" w:rsidTr="0054450C">
        <w:trPr>
          <w:jc w:val="center"/>
        </w:trPr>
        <w:tc>
          <w:tcPr>
            <w:tcW w:w="3892" w:type="dxa"/>
            <w:gridSpan w:val="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BFCD187" w14:textId="77777777" w:rsidR="00891DC7" w:rsidRDefault="00891DC7">
            <w:r>
              <w:rPr>
                <w:b/>
              </w:rPr>
              <w:t>RAZEM</w:t>
            </w:r>
          </w:p>
        </w:tc>
        <w:tc>
          <w:tcPr>
            <w:tcW w:w="3837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CFF0914" w14:textId="77777777" w:rsidR="00891DC7" w:rsidRDefault="00891DC7"/>
        </w:tc>
        <w:tc>
          <w:tcPr>
            <w:tcW w:w="2197" w:type="dxa"/>
          </w:tcPr>
          <w:p w14:paraId="278BD39A" w14:textId="77777777" w:rsidR="00891DC7" w:rsidRDefault="00891DC7"/>
        </w:tc>
      </w:tr>
      <w:tr w:rsidR="00891DC7" w14:paraId="2FD789A1" w14:textId="3A418A98" w:rsidTr="00891DC7">
        <w:tblPrEx>
          <w:tblBorders>
            <w:top w:val="single" w:sz="4" w:space="0" w:color="FFFFFF"/>
            <w:left w:val="single" w:sz="4" w:space="0" w:color="FFFFFF"/>
            <w:bottom w:val="single" w:sz="4" w:space="0" w:color="FFFFFF"/>
            <w:right w:val="single" w:sz="4" w:space="0" w:color="FFFFFF"/>
            <w:insideH w:val="single" w:sz="4" w:space="0" w:color="FFFFFF"/>
            <w:insideV w:val="single" w:sz="4" w:space="0" w:color="FFFFFF"/>
          </w:tblBorders>
        </w:tblPrEx>
        <w:trPr>
          <w:gridAfter w:val="3"/>
          <w:wAfter w:w="7729" w:type="dxa"/>
          <w:jc w:val="center"/>
        </w:trPr>
        <w:tc>
          <w:tcPr>
            <w:tcW w:w="2197" w:type="dxa"/>
          </w:tcPr>
          <w:p w14:paraId="7F6EC647" w14:textId="77777777" w:rsidR="00891DC7" w:rsidRDefault="00891DC7"/>
        </w:tc>
      </w:tr>
    </w:tbl>
    <w:p w14:paraId="53EE63E8" w14:textId="77777777" w:rsidR="00E34156" w:rsidRDefault="00891DC7" w:rsidP="00891DC7">
      <w:pPr>
        <w:rPr>
          <w:b/>
          <w:color w:val="003366"/>
          <w:sz w:val="24"/>
          <w:lang w:val="pl-PL"/>
        </w:rPr>
      </w:pPr>
      <w:r w:rsidRPr="0054450C">
        <w:rPr>
          <w:b/>
          <w:color w:val="003366"/>
          <w:sz w:val="24"/>
          <w:lang w:val="pl-PL"/>
        </w:rPr>
        <w:t>4. Źródła f</w:t>
      </w:r>
      <w:r>
        <w:rPr>
          <w:b/>
          <w:color w:val="003366"/>
          <w:sz w:val="24"/>
          <w:lang w:val="pl-PL"/>
        </w:rPr>
        <w:t>inansowania wyjazdu (zaznaczyć właściwe):</w:t>
      </w:r>
      <w:r w:rsidR="0075002D">
        <w:rPr>
          <w:b/>
          <w:color w:val="003366"/>
          <w:sz w:val="24"/>
          <w:lang w:val="pl-PL"/>
        </w:rPr>
        <w:br/>
      </w:r>
    </w:p>
    <w:tbl>
      <w:tblPr>
        <w:tblW w:w="0" w:type="auto"/>
        <w:jc w:val="center"/>
        <w:tblBorders>
          <w:top w:val="single" w:sz="4" w:space="0" w:color="D3D3D3"/>
          <w:left w:val="single" w:sz="4" w:space="0" w:color="D3D3D3"/>
          <w:bottom w:val="single" w:sz="4" w:space="0" w:color="D3D3D3"/>
          <w:right w:val="single" w:sz="4" w:space="0" w:color="D3D3D3"/>
          <w:insideH w:val="single" w:sz="4" w:space="0" w:color="D3D3D3"/>
          <w:insideV w:val="single" w:sz="4" w:space="0" w:color="D3D3D3"/>
        </w:tblBorders>
        <w:tblLook w:val="04A0" w:firstRow="1" w:lastRow="0" w:firstColumn="1" w:lastColumn="0" w:noHBand="0" w:noVBand="1"/>
      </w:tblPr>
      <w:tblGrid>
        <w:gridCol w:w="4320"/>
        <w:gridCol w:w="5472"/>
      </w:tblGrid>
      <w:tr w:rsidR="00E34156" w:rsidRPr="00895274" w14:paraId="1C939B52" w14:textId="77777777" w:rsidTr="00E34156">
        <w:trPr>
          <w:jc w:val="center"/>
        </w:trPr>
        <w:tc>
          <w:tcPr>
            <w:tcW w:w="4320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F0F4F8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B7BADC5" w14:textId="77777777" w:rsidR="00E34156" w:rsidRPr="00E34156" w:rsidRDefault="00E34156" w:rsidP="00004D6A">
            <w:pPr>
              <w:rPr>
                <w:sz w:val="20"/>
                <w:lang w:val="pl-PL"/>
              </w:rPr>
            </w:pPr>
            <w:r w:rsidRPr="00E34156">
              <w:rPr>
                <w:sz w:val="20"/>
                <w:lang w:val="pl-PL"/>
              </w:rPr>
              <w:t>Źródło finansowania</w:t>
            </w:r>
          </w:p>
        </w:tc>
        <w:tc>
          <w:tcPr>
            <w:tcW w:w="5472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F0F4F8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2C64D62" w14:textId="470D54EF" w:rsidR="00E34156" w:rsidRPr="00895274" w:rsidRDefault="00E34156" w:rsidP="00004D6A">
            <w:pPr>
              <w:rPr>
                <w:lang w:val="pl-PL"/>
              </w:rPr>
            </w:pPr>
            <w:r w:rsidRPr="00895274">
              <w:rPr>
                <w:lang w:val="pl-PL"/>
              </w:rPr>
              <w:t xml:space="preserve">Kwota </w:t>
            </w:r>
            <w:r>
              <w:rPr>
                <w:lang w:val="pl-PL"/>
              </w:rPr>
              <w:t>finansowania</w:t>
            </w:r>
            <w:r w:rsidRPr="00895274">
              <w:rPr>
                <w:lang w:val="pl-PL"/>
              </w:rPr>
              <w:t xml:space="preserve"> (PLN)</w:t>
            </w:r>
          </w:p>
        </w:tc>
      </w:tr>
      <w:tr w:rsidR="00E34156" w:rsidRPr="00895274" w14:paraId="39121320" w14:textId="77777777" w:rsidTr="00E34156">
        <w:trPr>
          <w:jc w:val="center"/>
        </w:trPr>
        <w:tc>
          <w:tcPr>
            <w:tcW w:w="4320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5BA4FC9" w14:textId="6BBF4810" w:rsidR="00E34156" w:rsidRPr="00E34156" w:rsidRDefault="00E34156" w:rsidP="00004D6A">
            <w:pPr>
              <w:rPr>
                <w:sz w:val="20"/>
                <w:lang w:val="pl-PL"/>
              </w:rPr>
            </w:pPr>
            <w:r w:rsidRPr="005A4D0A">
              <w:rPr>
                <w:sz w:val="20"/>
                <w:lang w:val="pl-PL"/>
              </w:rPr>
              <w:t>prace statutowe - (nr pracy)</w:t>
            </w:r>
            <w:r>
              <w:rPr>
                <w:sz w:val="20"/>
                <w:lang w:val="pl-PL"/>
              </w:rPr>
              <w:t>:</w:t>
            </w:r>
          </w:p>
        </w:tc>
        <w:tc>
          <w:tcPr>
            <w:tcW w:w="5472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793B84C" w14:textId="77777777" w:rsidR="00E34156" w:rsidRPr="00895274" w:rsidRDefault="00E34156" w:rsidP="00004D6A">
            <w:pPr>
              <w:rPr>
                <w:lang w:val="pl-PL"/>
              </w:rPr>
            </w:pPr>
          </w:p>
        </w:tc>
      </w:tr>
      <w:tr w:rsidR="00E34156" w:rsidRPr="00895274" w14:paraId="3FD4C890" w14:textId="77777777" w:rsidTr="00E34156">
        <w:trPr>
          <w:jc w:val="center"/>
        </w:trPr>
        <w:tc>
          <w:tcPr>
            <w:tcW w:w="4320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5749276" w14:textId="0DE5D475" w:rsidR="00E34156" w:rsidRPr="00E34156" w:rsidRDefault="00E34156" w:rsidP="00004D6A">
            <w:pPr>
              <w:rPr>
                <w:sz w:val="20"/>
                <w:lang w:val="pl-PL"/>
              </w:rPr>
            </w:pPr>
            <w:r w:rsidRPr="005A4D0A">
              <w:rPr>
                <w:sz w:val="20"/>
                <w:lang w:val="pl-PL"/>
              </w:rPr>
              <w:t>projekty badawcze - (nr projektu)</w:t>
            </w:r>
            <w:r>
              <w:rPr>
                <w:sz w:val="20"/>
                <w:lang w:val="pl-PL"/>
              </w:rPr>
              <w:t>:</w:t>
            </w:r>
          </w:p>
        </w:tc>
        <w:tc>
          <w:tcPr>
            <w:tcW w:w="5472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423788E" w14:textId="77777777" w:rsidR="00E34156" w:rsidRPr="00895274" w:rsidRDefault="00E34156" w:rsidP="00004D6A">
            <w:pPr>
              <w:rPr>
                <w:lang w:val="pl-PL"/>
              </w:rPr>
            </w:pPr>
          </w:p>
        </w:tc>
      </w:tr>
      <w:tr w:rsidR="00E34156" w:rsidRPr="00C91CEB" w14:paraId="51404BB0" w14:textId="77777777" w:rsidTr="00E34156">
        <w:trPr>
          <w:jc w:val="center"/>
        </w:trPr>
        <w:tc>
          <w:tcPr>
            <w:tcW w:w="4320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11F0225" w14:textId="3A211EDC" w:rsidR="00E34156" w:rsidRPr="00E34156" w:rsidRDefault="00E34156" w:rsidP="00004D6A">
            <w:pPr>
              <w:rPr>
                <w:sz w:val="20"/>
                <w:lang w:val="pl-PL"/>
              </w:rPr>
            </w:pPr>
            <w:r w:rsidRPr="005A4D0A">
              <w:rPr>
                <w:sz w:val="20"/>
                <w:lang w:val="pl-PL"/>
              </w:rPr>
              <w:t xml:space="preserve">umowa Młodego Naukowca - </w:t>
            </w:r>
            <w:r w:rsidRPr="005A4D0A">
              <w:rPr>
                <w:b/>
                <w:sz w:val="20"/>
                <w:vertAlign w:val="superscript"/>
                <w:lang w:val="pl-PL"/>
              </w:rPr>
              <w:t xml:space="preserve"> </w:t>
            </w:r>
            <w:r w:rsidRPr="005A4D0A">
              <w:rPr>
                <w:sz w:val="20"/>
                <w:lang w:val="pl-PL"/>
              </w:rPr>
              <w:t>(nr</w:t>
            </w:r>
            <w:r>
              <w:rPr>
                <w:sz w:val="20"/>
                <w:lang w:val="pl-PL"/>
              </w:rPr>
              <w:t xml:space="preserve"> </w:t>
            </w:r>
            <w:r w:rsidRPr="005A4D0A">
              <w:rPr>
                <w:sz w:val="20"/>
                <w:lang w:val="pl-PL"/>
              </w:rPr>
              <w:t>umowy</w:t>
            </w:r>
            <w:r>
              <w:rPr>
                <w:sz w:val="20"/>
                <w:lang w:val="pl-PL"/>
              </w:rPr>
              <w:t>):</w:t>
            </w:r>
          </w:p>
        </w:tc>
        <w:tc>
          <w:tcPr>
            <w:tcW w:w="5472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DA22A5E" w14:textId="77777777" w:rsidR="00E34156" w:rsidRPr="00895274" w:rsidRDefault="00E34156" w:rsidP="00004D6A">
            <w:pPr>
              <w:rPr>
                <w:lang w:val="pl-PL"/>
              </w:rPr>
            </w:pPr>
          </w:p>
        </w:tc>
      </w:tr>
      <w:tr w:rsidR="00E34156" w14:paraId="6ACF26DF" w14:textId="77777777" w:rsidTr="00E34156">
        <w:trPr>
          <w:jc w:val="center"/>
        </w:trPr>
        <w:tc>
          <w:tcPr>
            <w:tcW w:w="4320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AA47C60" w14:textId="03D846EC" w:rsidR="00E34156" w:rsidRPr="00E34156" w:rsidRDefault="00E34156" w:rsidP="00004D6A">
            <w:pPr>
              <w:rPr>
                <w:sz w:val="20"/>
                <w:lang w:val="pl-PL"/>
              </w:rPr>
            </w:pPr>
            <w:r>
              <w:rPr>
                <w:sz w:val="20"/>
                <w:lang w:val="pl-PL"/>
              </w:rPr>
              <w:t>P</w:t>
            </w:r>
            <w:r w:rsidRPr="005A4D0A">
              <w:rPr>
                <w:sz w:val="20"/>
                <w:lang w:val="pl-PL"/>
              </w:rPr>
              <w:t>reliminarz Samorządu Doktorantów</w:t>
            </w:r>
            <w:r>
              <w:rPr>
                <w:sz w:val="20"/>
                <w:lang w:val="pl-PL"/>
              </w:rPr>
              <w:t>:</w:t>
            </w:r>
            <w:r w:rsidRPr="005A4D0A">
              <w:rPr>
                <w:sz w:val="20"/>
                <w:lang w:val="pl-PL"/>
              </w:rPr>
              <w:t xml:space="preserve"> </w:t>
            </w:r>
          </w:p>
        </w:tc>
        <w:tc>
          <w:tcPr>
            <w:tcW w:w="5472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34435C3" w14:textId="77777777" w:rsidR="00E34156" w:rsidRDefault="00E34156" w:rsidP="00004D6A">
            <w:pPr>
              <w:rPr>
                <w:lang w:val="pl-PL"/>
              </w:rPr>
            </w:pPr>
          </w:p>
        </w:tc>
      </w:tr>
      <w:tr w:rsidR="00E34156" w14:paraId="01319697" w14:textId="77777777" w:rsidTr="00E34156">
        <w:trPr>
          <w:jc w:val="center"/>
        </w:trPr>
        <w:tc>
          <w:tcPr>
            <w:tcW w:w="4320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9CD4421" w14:textId="11922A92" w:rsidR="00E34156" w:rsidRDefault="00E34156" w:rsidP="00004D6A">
            <w:pPr>
              <w:rPr>
                <w:sz w:val="20"/>
                <w:lang w:val="pl-PL"/>
              </w:rPr>
            </w:pPr>
            <w:r w:rsidRPr="005A4D0A">
              <w:rPr>
                <w:sz w:val="20"/>
                <w:lang w:val="pl-PL"/>
              </w:rPr>
              <w:t xml:space="preserve">inne źródło finansowania </w:t>
            </w:r>
            <w:r w:rsidRPr="0054450C">
              <w:rPr>
                <w:sz w:val="20"/>
                <w:lang w:val="pl-PL"/>
              </w:rPr>
              <w:t>(jakie)</w:t>
            </w:r>
            <w:r>
              <w:rPr>
                <w:sz w:val="20"/>
                <w:lang w:val="pl-PL"/>
              </w:rPr>
              <w:t>:</w:t>
            </w:r>
            <w:r w:rsidRPr="0054450C">
              <w:rPr>
                <w:sz w:val="20"/>
                <w:lang w:val="pl-PL"/>
              </w:rPr>
              <w:t xml:space="preserve"> </w:t>
            </w:r>
          </w:p>
        </w:tc>
        <w:tc>
          <w:tcPr>
            <w:tcW w:w="5472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2BB9435" w14:textId="77777777" w:rsidR="00E34156" w:rsidRDefault="00E34156" w:rsidP="00004D6A">
            <w:pPr>
              <w:rPr>
                <w:lang w:val="pl-PL"/>
              </w:rPr>
            </w:pPr>
          </w:p>
        </w:tc>
      </w:tr>
      <w:tr w:rsidR="00E34156" w14:paraId="6A699624" w14:textId="77777777" w:rsidTr="00E34156">
        <w:trPr>
          <w:jc w:val="center"/>
        </w:trPr>
        <w:tc>
          <w:tcPr>
            <w:tcW w:w="4320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7AA7A23" w14:textId="2F77E19B" w:rsidR="00E34156" w:rsidRPr="005A4D0A" w:rsidRDefault="00E34156" w:rsidP="00004D6A">
            <w:pPr>
              <w:rPr>
                <w:sz w:val="20"/>
                <w:lang w:val="pl-PL"/>
              </w:rPr>
            </w:pPr>
            <w:r w:rsidRPr="0054450C">
              <w:rPr>
                <w:sz w:val="20"/>
                <w:lang w:val="pl-PL"/>
              </w:rPr>
              <w:t>środki własne</w:t>
            </w:r>
          </w:p>
        </w:tc>
        <w:tc>
          <w:tcPr>
            <w:tcW w:w="5472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21C8010" w14:textId="77777777" w:rsidR="00E34156" w:rsidRDefault="00E34156" w:rsidP="00004D6A">
            <w:pPr>
              <w:rPr>
                <w:lang w:val="pl-PL"/>
              </w:rPr>
            </w:pPr>
          </w:p>
        </w:tc>
      </w:tr>
    </w:tbl>
    <w:p w14:paraId="40910274" w14:textId="20878BBA" w:rsidR="00891DC7" w:rsidRPr="00E40CF3" w:rsidRDefault="00891DC7" w:rsidP="0054450C">
      <w:pPr>
        <w:jc w:val="right"/>
        <w:rPr>
          <w:sz w:val="20"/>
        </w:rPr>
      </w:pPr>
    </w:p>
    <w:tbl>
      <w:tblPr>
        <w:tblW w:w="0" w:type="auto"/>
        <w:jc w:val="center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2531"/>
        <w:gridCol w:w="3360"/>
        <w:gridCol w:w="3581"/>
        <w:gridCol w:w="454"/>
      </w:tblGrid>
      <w:tr w:rsidR="00891DC7" w:rsidRPr="00891DC7" w14:paraId="3D3E9E61" w14:textId="35224D77" w:rsidTr="00891DC7">
        <w:trPr>
          <w:jc w:val="center"/>
        </w:trPr>
        <w:tc>
          <w:tcPr>
            <w:tcW w:w="3027" w:type="dxa"/>
          </w:tcPr>
          <w:p w14:paraId="143400B9" w14:textId="77777777" w:rsidR="00891DC7" w:rsidRDefault="00891DC7" w:rsidP="00F84EE7">
            <w:r>
              <w:t>Data: ........................................</w:t>
            </w:r>
          </w:p>
        </w:tc>
        <w:tc>
          <w:tcPr>
            <w:tcW w:w="3533" w:type="dxa"/>
          </w:tcPr>
          <w:p w14:paraId="2A0C845D" w14:textId="4F642A96" w:rsidR="00891DC7" w:rsidRPr="0054450C" w:rsidRDefault="00891DC7" w:rsidP="00F84EE7">
            <w:pPr>
              <w:rPr>
                <w:lang w:val="pl-PL"/>
              </w:rPr>
            </w:pPr>
            <w:r w:rsidRPr="0054450C">
              <w:rPr>
                <w:lang w:val="pl-PL"/>
              </w:rPr>
              <w:t xml:space="preserve">Podpis wyjeżdżającego:  </w:t>
            </w:r>
            <w:r>
              <w:rPr>
                <w:lang w:val="pl-PL"/>
              </w:rPr>
              <w:t xml:space="preserve">                           </w:t>
            </w:r>
            <w:r w:rsidRPr="0054450C">
              <w:rPr>
                <w:lang w:val="pl-PL"/>
              </w:rPr>
              <w:br/>
              <w:t>........................................................</w:t>
            </w:r>
          </w:p>
        </w:tc>
        <w:tc>
          <w:tcPr>
            <w:tcW w:w="1683" w:type="dxa"/>
          </w:tcPr>
          <w:p w14:paraId="00028F92" w14:textId="4A723168" w:rsidR="00891DC7" w:rsidRPr="0054450C" w:rsidRDefault="00891DC7" w:rsidP="00F84EE7">
            <w:pPr>
              <w:rPr>
                <w:b/>
                <w:bCs/>
                <w:lang w:val="pl-PL"/>
              </w:rPr>
            </w:pPr>
            <w:r w:rsidRPr="00F84EE7">
              <w:rPr>
                <w:lang w:val="pl-PL"/>
              </w:rPr>
              <w:t>Podpis I p</w:t>
            </w:r>
            <w:r>
              <w:rPr>
                <w:lang w:val="pl-PL"/>
              </w:rPr>
              <w:t>ieczęć                 promotora:……………………………………….</w:t>
            </w:r>
          </w:p>
        </w:tc>
        <w:tc>
          <w:tcPr>
            <w:tcW w:w="1683" w:type="dxa"/>
          </w:tcPr>
          <w:p w14:paraId="7D4A967F" w14:textId="77777777" w:rsidR="00891DC7" w:rsidRPr="00891DC7" w:rsidRDefault="00891DC7" w:rsidP="00F84EE7">
            <w:pPr>
              <w:rPr>
                <w:lang w:val="pl-PL"/>
              </w:rPr>
            </w:pPr>
          </w:p>
        </w:tc>
      </w:tr>
    </w:tbl>
    <w:p w14:paraId="7AC7C23F" w14:textId="2E6B6793" w:rsidR="00834585" w:rsidRPr="0054450C" w:rsidRDefault="00E34156">
      <w:pPr>
        <w:keepNext/>
        <w:spacing w:before="280" w:after="120"/>
        <w:rPr>
          <w:lang w:val="pl-PL"/>
        </w:rPr>
      </w:pPr>
      <w:r>
        <w:rPr>
          <w:b/>
          <w:color w:val="003366"/>
          <w:sz w:val="24"/>
          <w:lang w:val="pl-PL"/>
        </w:rPr>
        <w:lastRenderedPageBreak/>
        <w:t>5</w:t>
      </w:r>
      <w:r w:rsidR="007C18FA" w:rsidRPr="0054450C">
        <w:rPr>
          <w:b/>
          <w:color w:val="003366"/>
          <w:sz w:val="24"/>
          <w:lang w:val="pl-PL"/>
        </w:rPr>
        <w:t xml:space="preserve">. </w:t>
      </w:r>
      <w:r w:rsidR="00891DC7">
        <w:rPr>
          <w:b/>
          <w:color w:val="003366"/>
          <w:sz w:val="24"/>
          <w:lang w:val="pl-PL"/>
        </w:rPr>
        <w:t>O</w:t>
      </w:r>
      <w:r w:rsidR="007C18FA" w:rsidRPr="0054450C">
        <w:rPr>
          <w:b/>
          <w:color w:val="003366"/>
          <w:sz w:val="24"/>
          <w:lang w:val="pl-PL"/>
        </w:rPr>
        <w:t>pinie</w:t>
      </w:r>
    </w:p>
    <w:tbl>
      <w:tblPr>
        <w:tblW w:w="0" w:type="auto"/>
        <w:jc w:val="center"/>
        <w:tblBorders>
          <w:top w:val="single" w:sz="4" w:space="0" w:color="D3D3D3"/>
          <w:left w:val="single" w:sz="4" w:space="0" w:color="D3D3D3"/>
          <w:bottom w:val="single" w:sz="4" w:space="0" w:color="D3D3D3"/>
          <w:right w:val="single" w:sz="4" w:space="0" w:color="D3D3D3"/>
          <w:insideH w:val="single" w:sz="4" w:space="0" w:color="D3D3D3"/>
          <w:insideV w:val="single" w:sz="4" w:space="0" w:color="D3D3D3"/>
        </w:tblBorders>
        <w:tblLook w:val="04A0" w:firstRow="1" w:lastRow="0" w:firstColumn="1" w:lastColumn="0" w:noHBand="0" w:noVBand="1"/>
      </w:tblPr>
      <w:tblGrid>
        <w:gridCol w:w="4320"/>
        <w:gridCol w:w="5472"/>
      </w:tblGrid>
      <w:tr w:rsidR="00834585" w:rsidRPr="00C91CEB" w14:paraId="6C6CB004" w14:textId="77777777">
        <w:trPr>
          <w:jc w:val="center"/>
        </w:trPr>
        <w:tc>
          <w:tcPr>
            <w:tcW w:w="432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C73E624" w14:textId="25CAF231" w:rsidR="00834585" w:rsidRPr="0054450C" w:rsidRDefault="00891DC7">
            <w:pPr>
              <w:rPr>
                <w:lang w:val="pl-PL"/>
              </w:rPr>
            </w:pPr>
            <w:r w:rsidRPr="0054450C">
              <w:rPr>
                <w:b/>
                <w:lang w:val="pl-PL"/>
              </w:rPr>
              <w:t>Opinia Samorządu Doktorantów dotycząca m</w:t>
            </w:r>
            <w:r>
              <w:rPr>
                <w:b/>
                <w:lang w:val="pl-PL"/>
              </w:rPr>
              <w:t>ożliwości finansowania wyjazdu (jeśli dotyczy)</w:t>
            </w:r>
          </w:p>
        </w:tc>
        <w:tc>
          <w:tcPr>
            <w:tcW w:w="5472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550EBA3" w14:textId="77777777" w:rsidR="00834585" w:rsidRPr="00891DC7" w:rsidRDefault="007C18FA">
            <w:pPr>
              <w:rPr>
                <w:lang w:val="pl-PL"/>
              </w:rPr>
            </w:pPr>
            <w:r w:rsidRPr="00891DC7">
              <w:rPr>
                <w:lang w:val="pl-PL"/>
              </w:rPr>
              <w:t>[  ] POPIERAM     [  ] NIE POPIERAM</w:t>
            </w:r>
            <w:r w:rsidRPr="00891DC7">
              <w:rPr>
                <w:lang w:val="pl-PL"/>
              </w:rPr>
              <w:br/>
            </w:r>
            <w:r w:rsidRPr="00891DC7">
              <w:rPr>
                <w:lang w:val="pl-PL"/>
              </w:rPr>
              <w:br/>
              <w:t>Data, podpis i pieczęć:</w:t>
            </w:r>
            <w:r w:rsidRPr="00891DC7">
              <w:rPr>
                <w:lang w:val="pl-PL"/>
              </w:rPr>
              <w:br/>
              <w:t>........................................................</w:t>
            </w:r>
          </w:p>
        </w:tc>
      </w:tr>
      <w:tr w:rsidR="00834585" w:rsidRPr="00C91CEB" w14:paraId="1239F4B7" w14:textId="77777777">
        <w:trPr>
          <w:jc w:val="center"/>
        </w:trPr>
        <w:tc>
          <w:tcPr>
            <w:tcW w:w="432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0A9878F" w14:textId="75BA0B3A" w:rsidR="00834585" w:rsidRDefault="007C18FA">
            <w:proofErr w:type="spellStart"/>
            <w:r>
              <w:rPr>
                <w:b/>
              </w:rPr>
              <w:t>Opinia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 w:rsidR="00891DC7">
              <w:rPr>
                <w:b/>
              </w:rPr>
              <w:t>merytoryczna</w:t>
            </w:r>
            <w:proofErr w:type="spellEnd"/>
          </w:p>
        </w:tc>
        <w:tc>
          <w:tcPr>
            <w:tcW w:w="5472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2C24767" w14:textId="77777777" w:rsidR="00834585" w:rsidRPr="00891DC7" w:rsidRDefault="007C18FA">
            <w:pPr>
              <w:rPr>
                <w:lang w:val="pl-PL"/>
              </w:rPr>
            </w:pPr>
            <w:r w:rsidRPr="00891DC7">
              <w:rPr>
                <w:lang w:val="pl-PL"/>
              </w:rPr>
              <w:t>[  ] POPIERAM     [  ] NIE POPIERAM</w:t>
            </w:r>
            <w:r w:rsidRPr="00891DC7">
              <w:rPr>
                <w:lang w:val="pl-PL"/>
              </w:rPr>
              <w:br/>
            </w:r>
            <w:r w:rsidRPr="00891DC7">
              <w:rPr>
                <w:lang w:val="pl-PL"/>
              </w:rPr>
              <w:br/>
              <w:t>Data, podpis i pieczęć:</w:t>
            </w:r>
            <w:r w:rsidRPr="00891DC7">
              <w:rPr>
                <w:lang w:val="pl-PL"/>
              </w:rPr>
              <w:br/>
              <w:t>........................................................</w:t>
            </w:r>
          </w:p>
        </w:tc>
      </w:tr>
      <w:tr w:rsidR="00834585" w:rsidRPr="00C91CEB" w14:paraId="6F094B86" w14:textId="77777777">
        <w:trPr>
          <w:jc w:val="center"/>
        </w:trPr>
        <w:tc>
          <w:tcPr>
            <w:tcW w:w="432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46DD018" w14:textId="77777777" w:rsidR="00834585" w:rsidRPr="00891DC7" w:rsidRDefault="007C18FA">
            <w:pPr>
              <w:rPr>
                <w:lang w:val="pl-PL"/>
              </w:rPr>
            </w:pPr>
            <w:r w:rsidRPr="00891DC7">
              <w:rPr>
                <w:b/>
                <w:lang w:val="pl-PL"/>
              </w:rPr>
              <w:t>Opinia Działu Finansowo-Księgowego (rezerwacja środków):</w:t>
            </w:r>
          </w:p>
        </w:tc>
        <w:tc>
          <w:tcPr>
            <w:tcW w:w="5472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3D50ABA" w14:textId="77777777" w:rsidR="00834585" w:rsidRPr="00891DC7" w:rsidRDefault="007C18FA">
            <w:pPr>
              <w:rPr>
                <w:lang w:val="pl-PL"/>
              </w:rPr>
            </w:pPr>
            <w:r w:rsidRPr="00891DC7">
              <w:rPr>
                <w:lang w:val="pl-PL"/>
              </w:rPr>
              <w:t>Źródło: ................................................</w:t>
            </w:r>
            <w:r w:rsidRPr="00891DC7">
              <w:rPr>
                <w:lang w:val="pl-PL"/>
              </w:rPr>
              <w:br/>
            </w:r>
            <w:r w:rsidRPr="00891DC7">
              <w:rPr>
                <w:lang w:val="pl-PL"/>
              </w:rPr>
              <w:br/>
              <w:t>Data, podpis i pieczęć:</w:t>
            </w:r>
            <w:r w:rsidRPr="00891DC7">
              <w:rPr>
                <w:lang w:val="pl-PL"/>
              </w:rPr>
              <w:br/>
              <w:t>........................................................</w:t>
            </w:r>
          </w:p>
        </w:tc>
      </w:tr>
      <w:tr w:rsidR="00834585" w:rsidRPr="00C91CEB" w14:paraId="59246168" w14:textId="77777777">
        <w:trPr>
          <w:jc w:val="center"/>
        </w:trPr>
        <w:tc>
          <w:tcPr>
            <w:tcW w:w="432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2A3383C" w14:textId="77777777" w:rsidR="00834585" w:rsidRDefault="007C18FA">
            <w:proofErr w:type="spellStart"/>
            <w:r>
              <w:rPr>
                <w:b/>
              </w:rPr>
              <w:t>Akceptacja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Kwestora</w:t>
            </w:r>
            <w:proofErr w:type="spellEnd"/>
            <w:r>
              <w:rPr>
                <w:b/>
              </w:rPr>
              <w:t>:</w:t>
            </w:r>
          </w:p>
        </w:tc>
        <w:tc>
          <w:tcPr>
            <w:tcW w:w="5472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AB126A5" w14:textId="77777777" w:rsidR="00834585" w:rsidRPr="00891DC7" w:rsidRDefault="007C18FA">
            <w:pPr>
              <w:rPr>
                <w:lang w:val="pl-PL"/>
              </w:rPr>
            </w:pPr>
            <w:r w:rsidRPr="00891DC7">
              <w:rPr>
                <w:lang w:val="pl-PL"/>
              </w:rPr>
              <w:t>[  ] TAK     [  ] NIE</w:t>
            </w:r>
            <w:r w:rsidRPr="00891DC7">
              <w:rPr>
                <w:lang w:val="pl-PL"/>
              </w:rPr>
              <w:br/>
            </w:r>
            <w:r w:rsidRPr="00891DC7">
              <w:rPr>
                <w:lang w:val="pl-PL"/>
              </w:rPr>
              <w:br/>
              <w:t>Data, podpis i pieczęć:</w:t>
            </w:r>
            <w:r w:rsidRPr="00891DC7">
              <w:rPr>
                <w:lang w:val="pl-PL"/>
              </w:rPr>
              <w:br/>
              <w:t>........................................................</w:t>
            </w:r>
          </w:p>
        </w:tc>
      </w:tr>
      <w:tr w:rsidR="00834585" w:rsidRPr="00C91CEB" w14:paraId="67A1D37E" w14:textId="77777777">
        <w:trPr>
          <w:jc w:val="center"/>
        </w:trPr>
        <w:tc>
          <w:tcPr>
            <w:tcW w:w="432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3B9A7F9" w14:textId="287BBEA9" w:rsidR="00834585" w:rsidRDefault="007C18FA">
            <w:r w:rsidRPr="00891DC7">
              <w:rPr>
                <w:b/>
                <w:lang w:val="pl-PL"/>
              </w:rPr>
              <w:t xml:space="preserve">Decyzja Prorektora ds. Nauki / </w:t>
            </w:r>
          </w:p>
        </w:tc>
        <w:tc>
          <w:tcPr>
            <w:tcW w:w="5472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46DE973" w14:textId="77777777" w:rsidR="00834585" w:rsidRPr="00891DC7" w:rsidRDefault="007C18FA">
            <w:pPr>
              <w:rPr>
                <w:lang w:val="pl-PL"/>
              </w:rPr>
            </w:pPr>
            <w:r w:rsidRPr="00891DC7">
              <w:rPr>
                <w:lang w:val="pl-PL"/>
              </w:rPr>
              <w:t>[  ] ZATWIERDZAM     [  ] NIE ZATWIERDZAM</w:t>
            </w:r>
            <w:r w:rsidRPr="00891DC7">
              <w:rPr>
                <w:lang w:val="pl-PL"/>
              </w:rPr>
              <w:br/>
            </w:r>
            <w:r w:rsidRPr="00891DC7">
              <w:rPr>
                <w:lang w:val="pl-PL"/>
              </w:rPr>
              <w:br/>
              <w:t>Data, podpis i pieczęć:</w:t>
            </w:r>
            <w:r w:rsidRPr="00891DC7">
              <w:rPr>
                <w:lang w:val="pl-PL"/>
              </w:rPr>
              <w:br/>
              <w:t>........................................................</w:t>
            </w:r>
          </w:p>
        </w:tc>
      </w:tr>
    </w:tbl>
    <w:p w14:paraId="463B6622" w14:textId="77777777" w:rsidR="005F41FA" w:rsidRPr="00891DC7" w:rsidRDefault="005F41FA">
      <w:pPr>
        <w:rPr>
          <w:lang w:val="pl-PL"/>
        </w:rPr>
      </w:pPr>
    </w:p>
    <w:sectPr w:rsidR="005F41FA" w:rsidRPr="00891DC7" w:rsidSect="00034616">
      <w:pgSz w:w="12240" w:h="15840"/>
      <w:pgMar w:top="1152" w:right="1152" w:bottom="1152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95469"/>
    <w:rsid w:val="000B0598"/>
    <w:rsid w:val="0015074B"/>
    <w:rsid w:val="0029639D"/>
    <w:rsid w:val="00326F90"/>
    <w:rsid w:val="0054450C"/>
    <w:rsid w:val="005F41FA"/>
    <w:rsid w:val="0075002D"/>
    <w:rsid w:val="007C18FA"/>
    <w:rsid w:val="00834585"/>
    <w:rsid w:val="00891DC7"/>
    <w:rsid w:val="0097250A"/>
    <w:rsid w:val="00AA1D8D"/>
    <w:rsid w:val="00B47730"/>
    <w:rsid w:val="00C91CEB"/>
    <w:rsid w:val="00CB0664"/>
    <w:rsid w:val="00E3415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5535401"/>
  <w14:defaultImageDpi w14:val="300"/>
  <w15:docId w15:val="{30E19B5F-FDF8-4198-95FA-B80FDF47E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rPr>
      <w:rFonts w:ascii="Calibri" w:hAnsi="Calibri"/>
      <w:color w:val="333333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410</Words>
  <Characters>2463</Characters>
  <Application>Microsoft Office Word</Application>
  <DocSecurity>0</DocSecurity>
  <Lines>20</Lines>
  <Paragraphs>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2868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 do zasad udzielania i rozliczania wyjazdów studentów i doktorantów</dc:title>
  <dc:subject/>
  <dc:creator>Dział ds.Studenkich</dc:creator>
  <cp:keywords/>
  <dc:description>generated by python-docx</dc:description>
  <cp:lastModifiedBy>Agnieszka Góra</cp:lastModifiedBy>
  <cp:revision>3</cp:revision>
  <cp:lastPrinted>2026-09-10T06:39:00Z</cp:lastPrinted>
  <dcterms:created xsi:type="dcterms:W3CDTF">2026-08-26T10:34:00Z</dcterms:created>
  <dcterms:modified xsi:type="dcterms:W3CDTF">2026-09-10T06:41:00Z</dcterms:modified>
  <cp:category/>
</cp:coreProperties>
</file>